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047299" w14:textId="77777777" w:rsidR="002C0583" w:rsidRPr="00B6399F" w:rsidRDefault="00000000">
      <w:pPr>
        <w:spacing w:after="20"/>
        <w:rPr>
          <w:lang w:val="de-DE"/>
        </w:rPr>
      </w:pPr>
      <w:r w:rsidRPr="00B6399F">
        <w:rPr>
          <w:b/>
          <w:color w:val="D85B7D"/>
          <w:sz w:val="26"/>
          <w:lang w:val="de-DE"/>
        </w:rPr>
        <w:t>MEIN ARBEITSHEFT</w:t>
      </w:r>
    </w:p>
    <w:p w14:paraId="11AD3027" w14:textId="77777777" w:rsidR="002C0583" w:rsidRPr="00B6399F" w:rsidRDefault="00000000">
      <w:pPr>
        <w:spacing w:after="60"/>
        <w:rPr>
          <w:lang w:val="de-DE"/>
        </w:rPr>
      </w:pPr>
      <w:r w:rsidRPr="00B6399F">
        <w:rPr>
          <w:rFonts w:ascii="Aptos Display" w:hAnsi="Aptos Display"/>
          <w:b/>
          <w:color w:val="174C2C"/>
          <w:sz w:val="46"/>
          <w:lang w:val="de-DE"/>
        </w:rPr>
        <w:t>Unsere erste Woche in der BVJ-WG</w:t>
      </w:r>
    </w:p>
    <w:p w14:paraId="3C1CF01B" w14:textId="77777777" w:rsidR="002C0583" w:rsidRDefault="00000000">
      <w:pPr>
        <w:spacing w:after="140"/>
      </w:pPr>
      <w:r>
        <w:t>Name: _____________________________________    Datum: __________________</w:t>
      </w:r>
    </w:p>
    <w:p w14:paraId="3D340E88" w14:textId="77777777" w:rsidR="002C0583" w:rsidRDefault="00000000">
      <w:pPr>
        <w:spacing w:after="120"/>
        <w:jc w:val="center"/>
      </w:pPr>
      <w:r>
        <w:rPr>
          <w:noProof/>
        </w:rPr>
        <w:drawing>
          <wp:inline distT="0" distB="0" distL="0" distR="0" wp14:anchorId="200699B8" wp14:editId="3843FC10">
            <wp:extent cx="2592000" cy="366319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xec-9595e274-cec6-4a80-939f-8b4b621d44e7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92000" cy="3663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96"/>
      </w:tblGrid>
      <w:tr w:rsidR="002C0583" w:rsidRPr="009E0A89" w14:paraId="1F9B9495" w14:textId="77777777">
        <w:trPr>
          <w:jc w:val="center"/>
        </w:trPr>
        <w:tc>
          <w:tcPr>
            <w:tcW w:w="10596" w:type="dxa"/>
            <w:shd w:val="clear" w:color="auto" w:fill="E7F0E5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111E3F44" w14:textId="77777777" w:rsidR="002C0583" w:rsidRPr="003A394F" w:rsidRDefault="00000000">
            <w:pPr>
              <w:spacing w:after="80"/>
              <w:rPr>
                <w:sz w:val="24"/>
                <w:szCs w:val="24"/>
                <w:lang w:val="de-DE"/>
              </w:rPr>
            </w:pPr>
            <w:r w:rsidRPr="003A394F">
              <w:rPr>
                <w:b/>
                <w:color w:val="D85B7D"/>
                <w:sz w:val="24"/>
                <w:szCs w:val="24"/>
                <w:lang w:val="de-DE"/>
              </w:rPr>
              <w:t>DIE SITUATION</w:t>
            </w:r>
          </w:p>
          <w:p w14:paraId="506DCE99" w14:textId="77777777" w:rsidR="002C0583" w:rsidRPr="003A394F" w:rsidRDefault="00000000">
            <w:pPr>
              <w:spacing w:after="0"/>
              <w:rPr>
                <w:sz w:val="24"/>
                <w:szCs w:val="24"/>
                <w:lang w:val="de-DE"/>
              </w:rPr>
            </w:pPr>
            <w:r w:rsidRPr="003A394F">
              <w:rPr>
                <w:sz w:val="24"/>
                <w:szCs w:val="24"/>
                <w:lang w:val="de-DE"/>
              </w:rPr>
              <w:t>Mia, Ben, Sami und Noah wohnen seit einer Woche zusammen. Das Zusammenleben klappt noch nicht immer: Im Wohnzimmer liegen Sachen herum, morgens gibt es Streit im Bad, der Kühlschrank ist fast leer und manchmal ist die Musik zu laut.</w:t>
            </w:r>
          </w:p>
        </w:tc>
      </w:tr>
      <w:tr w:rsidR="002C0583" w:rsidRPr="009E0A89" w14:paraId="520AB6C8" w14:textId="77777777">
        <w:trPr>
          <w:jc w:val="center"/>
        </w:trPr>
        <w:tc>
          <w:tcPr>
            <w:tcW w:w="10596" w:type="dxa"/>
            <w:shd w:val="clear" w:color="auto" w:fill="FBE7ED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2E9FD92B" w14:textId="77777777" w:rsidR="002C0583" w:rsidRPr="003A394F" w:rsidRDefault="00000000">
            <w:pPr>
              <w:spacing w:after="80"/>
              <w:rPr>
                <w:sz w:val="24"/>
                <w:szCs w:val="24"/>
                <w:lang w:val="de-DE"/>
              </w:rPr>
            </w:pPr>
            <w:r w:rsidRPr="003A394F">
              <w:rPr>
                <w:b/>
                <w:color w:val="D85B7D"/>
                <w:sz w:val="24"/>
                <w:szCs w:val="24"/>
                <w:lang w:val="de-DE"/>
              </w:rPr>
              <w:t>EUER AUFTRAG</w:t>
            </w:r>
          </w:p>
          <w:p w14:paraId="455B1393" w14:textId="77777777" w:rsidR="002C0583" w:rsidRPr="003A394F" w:rsidRDefault="00000000">
            <w:pPr>
              <w:spacing w:after="0"/>
              <w:rPr>
                <w:sz w:val="24"/>
                <w:szCs w:val="24"/>
                <w:lang w:val="de-DE"/>
              </w:rPr>
            </w:pPr>
            <w:r w:rsidRPr="003A394F">
              <w:rPr>
                <w:sz w:val="24"/>
                <w:szCs w:val="24"/>
                <w:lang w:val="de-DE"/>
              </w:rPr>
              <w:t>Helft den vier Jugendlichen! Erstellt ein kleines WG-Handbuch mit Bildern, Wörtern, kurzen Sätzen und Regeln.</w:t>
            </w:r>
          </w:p>
        </w:tc>
      </w:tr>
    </w:tbl>
    <w:p w14:paraId="00130255" w14:textId="77777777" w:rsidR="002C0583" w:rsidRPr="003A394F" w:rsidRDefault="00000000">
      <w:pPr>
        <w:spacing w:before="120" w:after="60"/>
        <w:rPr>
          <w:sz w:val="24"/>
          <w:szCs w:val="24"/>
        </w:rPr>
      </w:pPr>
      <w:r w:rsidRPr="003A394F">
        <w:rPr>
          <w:b/>
          <w:color w:val="D85B7D"/>
          <w:sz w:val="24"/>
          <w:szCs w:val="24"/>
        </w:rPr>
        <w:t>So darfst du arbeiten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298"/>
        <w:gridCol w:w="5298"/>
      </w:tblGrid>
      <w:tr w:rsidR="002C0583" w:rsidRPr="003A394F" w14:paraId="600EC40D" w14:textId="77777777">
        <w:trPr>
          <w:jc w:val="center"/>
        </w:trPr>
        <w:tc>
          <w:tcPr>
            <w:tcW w:w="5298" w:type="dxa"/>
            <w:shd w:val="clear" w:color="auto" w:fill="FAF8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44D2B07" w14:textId="77777777" w:rsidR="002C0583" w:rsidRPr="003A394F" w:rsidRDefault="00000000">
            <w:pPr>
              <w:spacing w:after="0"/>
              <w:rPr>
                <w:sz w:val="24"/>
                <w:szCs w:val="24"/>
              </w:rPr>
            </w:pPr>
            <w:r w:rsidRPr="003A394F">
              <w:rPr>
                <w:color w:val="000000"/>
                <w:sz w:val="24"/>
                <w:szCs w:val="24"/>
              </w:rPr>
              <w:t>☐ ankreuzen oder zuordnen</w:t>
            </w:r>
          </w:p>
        </w:tc>
        <w:tc>
          <w:tcPr>
            <w:tcW w:w="5298" w:type="dxa"/>
            <w:shd w:val="clear" w:color="auto" w:fill="FAF8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789591" w14:textId="77777777" w:rsidR="002C0583" w:rsidRPr="003A394F" w:rsidRDefault="00000000">
            <w:pPr>
              <w:spacing w:after="0"/>
              <w:rPr>
                <w:sz w:val="24"/>
                <w:szCs w:val="24"/>
              </w:rPr>
            </w:pPr>
            <w:r w:rsidRPr="003A394F">
              <w:rPr>
                <w:color w:val="000000"/>
                <w:sz w:val="24"/>
                <w:szCs w:val="24"/>
              </w:rPr>
              <w:t>☐ Satzanfänge benutzen</w:t>
            </w:r>
          </w:p>
        </w:tc>
      </w:tr>
      <w:tr w:rsidR="002C0583" w:rsidRPr="003A394F" w14:paraId="7FE6AE83" w14:textId="77777777">
        <w:trPr>
          <w:jc w:val="center"/>
        </w:trPr>
        <w:tc>
          <w:tcPr>
            <w:tcW w:w="5298" w:type="dxa"/>
            <w:shd w:val="clear" w:color="auto" w:fill="FAF8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840189" w14:textId="77777777" w:rsidR="002C0583" w:rsidRPr="003A394F" w:rsidRDefault="00000000">
            <w:pPr>
              <w:spacing w:after="0"/>
              <w:rPr>
                <w:sz w:val="24"/>
                <w:szCs w:val="24"/>
              </w:rPr>
            </w:pPr>
            <w:r w:rsidRPr="003A394F">
              <w:rPr>
                <w:color w:val="000000"/>
                <w:sz w:val="24"/>
                <w:szCs w:val="24"/>
              </w:rPr>
              <w:t>☐ sprechen oder aufnehmen</w:t>
            </w:r>
          </w:p>
        </w:tc>
        <w:tc>
          <w:tcPr>
            <w:tcW w:w="5298" w:type="dxa"/>
            <w:shd w:val="clear" w:color="auto" w:fill="FAF8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03BC44E" w14:textId="77777777" w:rsidR="002C0583" w:rsidRPr="003A394F" w:rsidRDefault="00000000">
            <w:pPr>
              <w:spacing w:after="0"/>
              <w:rPr>
                <w:sz w:val="24"/>
                <w:szCs w:val="24"/>
              </w:rPr>
            </w:pPr>
            <w:r w:rsidRPr="003A394F">
              <w:rPr>
                <w:color w:val="000000"/>
                <w:sz w:val="24"/>
                <w:szCs w:val="24"/>
              </w:rPr>
              <w:t>☐ eigene Sätze schreiben</w:t>
            </w:r>
          </w:p>
        </w:tc>
      </w:tr>
    </w:tbl>
    <w:p w14:paraId="4FC1D10C" w14:textId="77777777" w:rsidR="002C0583" w:rsidRPr="003A394F" w:rsidRDefault="00000000">
      <w:pPr>
        <w:rPr>
          <w:sz w:val="24"/>
          <w:szCs w:val="24"/>
        </w:rPr>
      </w:pPr>
      <w:r w:rsidRPr="003A394F">
        <w:rPr>
          <w:sz w:val="24"/>
          <w:szCs w:val="24"/>
        </w:rPr>
        <w:br w:type="page"/>
      </w:r>
    </w:p>
    <w:p w14:paraId="597DA422" w14:textId="77777777" w:rsidR="002C0583" w:rsidRDefault="00000000">
      <w:pPr>
        <w:spacing w:after="40"/>
      </w:pPr>
      <w:r>
        <w:rPr>
          <w:rFonts w:ascii="Aptos Display" w:hAnsi="Aptos Display"/>
          <w:b/>
          <w:color w:val="174C2C"/>
          <w:sz w:val="42"/>
        </w:rPr>
        <w:lastRenderedPageBreak/>
        <w:t>1  Die WG kennenlernen</w:t>
      </w:r>
    </w:p>
    <w:p w14:paraId="440E7FF9" w14:textId="77777777" w:rsidR="002C0583" w:rsidRPr="00B6399F" w:rsidRDefault="00000000">
      <w:pPr>
        <w:spacing w:after="140"/>
        <w:rPr>
          <w:lang w:val="de-DE"/>
        </w:rPr>
      </w:pPr>
      <w:r w:rsidRPr="00B6399F">
        <w:rPr>
          <w:color w:val="666666"/>
          <w:sz w:val="22"/>
          <w:lang w:val="de-DE"/>
        </w:rPr>
        <w:t>Bilder ansehen · Räume und Gegenstände finden</w:t>
      </w:r>
    </w:p>
    <w:p w14:paraId="7B504234" w14:textId="77777777" w:rsidR="002C0583" w:rsidRDefault="00000000">
      <w:pPr>
        <w:spacing w:after="100"/>
        <w:jc w:val="center"/>
      </w:pPr>
      <w:r>
        <w:rPr>
          <w:noProof/>
        </w:rPr>
        <w:drawing>
          <wp:inline distT="0" distB="0" distL="0" distR="0" wp14:anchorId="2329D1F3" wp14:editId="16680C7B">
            <wp:extent cx="5903999" cy="417754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-edit-target-87951d95caf16299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03999" cy="4177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08C16C" w14:textId="77777777" w:rsidR="002C0583" w:rsidRPr="00B6399F" w:rsidRDefault="00000000">
      <w:pPr>
        <w:spacing w:after="80"/>
        <w:rPr>
          <w:lang w:val="de-DE"/>
        </w:rPr>
      </w:pPr>
      <w:r w:rsidRPr="00B6399F">
        <w:rPr>
          <w:b/>
          <w:sz w:val="22"/>
          <w:lang w:val="de-DE"/>
        </w:rPr>
        <w:t>Aufgabe 1: Zeige auf dem Bild und sprich die Wörter.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649"/>
        <w:gridCol w:w="2649"/>
        <w:gridCol w:w="2649"/>
        <w:gridCol w:w="2649"/>
      </w:tblGrid>
      <w:tr w:rsidR="002C0583" w14:paraId="1336EC8D" w14:textId="77777777">
        <w:trPr>
          <w:jc w:val="center"/>
        </w:trPr>
        <w:tc>
          <w:tcPr>
            <w:tcW w:w="2649" w:type="dxa"/>
            <w:shd w:val="clear" w:color="auto" w:fill="FBE7ED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F121E0" w14:textId="77777777" w:rsidR="002C0583" w:rsidRDefault="00000000">
            <w:pPr>
              <w:spacing w:after="0"/>
              <w:jc w:val="center"/>
            </w:pPr>
            <w:r>
              <w:rPr>
                <w:b/>
                <w:color w:val="174C2C"/>
                <w:sz w:val="20"/>
              </w:rPr>
              <w:t>Küche</w:t>
            </w:r>
          </w:p>
        </w:tc>
        <w:tc>
          <w:tcPr>
            <w:tcW w:w="2649" w:type="dxa"/>
            <w:shd w:val="clear" w:color="auto" w:fill="E7F0E5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8AD7FD1" w14:textId="77777777" w:rsidR="002C0583" w:rsidRDefault="00000000">
            <w:pPr>
              <w:spacing w:after="0"/>
              <w:jc w:val="center"/>
            </w:pPr>
            <w:r>
              <w:rPr>
                <w:b/>
                <w:color w:val="174C2C"/>
                <w:sz w:val="20"/>
              </w:rPr>
              <w:t>Bad</w:t>
            </w:r>
          </w:p>
        </w:tc>
        <w:tc>
          <w:tcPr>
            <w:tcW w:w="2649" w:type="dxa"/>
            <w:shd w:val="clear" w:color="auto" w:fill="FBE7ED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0D4EEB" w14:textId="77777777" w:rsidR="002C0583" w:rsidRDefault="00000000">
            <w:pPr>
              <w:spacing w:after="0"/>
              <w:jc w:val="center"/>
            </w:pPr>
            <w:r>
              <w:rPr>
                <w:b/>
                <w:color w:val="174C2C"/>
                <w:sz w:val="20"/>
              </w:rPr>
              <w:t>Flur</w:t>
            </w:r>
          </w:p>
        </w:tc>
        <w:tc>
          <w:tcPr>
            <w:tcW w:w="2649" w:type="dxa"/>
            <w:shd w:val="clear" w:color="auto" w:fill="E7F0E5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99469F" w14:textId="77777777" w:rsidR="002C0583" w:rsidRDefault="00000000">
            <w:pPr>
              <w:spacing w:after="0"/>
              <w:jc w:val="center"/>
            </w:pPr>
            <w:r>
              <w:rPr>
                <w:b/>
                <w:color w:val="174C2C"/>
                <w:sz w:val="20"/>
              </w:rPr>
              <w:t>Wohnzimmer</w:t>
            </w:r>
          </w:p>
        </w:tc>
      </w:tr>
      <w:tr w:rsidR="002C0583" w14:paraId="52DAC566" w14:textId="77777777">
        <w:trPr>
          <w:jc w:val="center"/>
        </w:trPr>
        <w:tc>
          <w:tcPr>
            <w:tcW w:w="2649" w:type="dxa"/>
            <w:shd w:val="clear" w:color="auto" w:fill="FBE7ED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1D85D6" w14:textId="77777777" w:rsidR="002C0583" w:rsidRDefault="00000000">
            <w:pPr>
              <w:spacing w:after="0"/>
              <w:jc w:val="center"/>
            </w:pPr>
            <w:r>
              <w:rPr>
                <w:b/>
                <w:color w:val="174C2C"/>
                <w:sz w:val="20"/>
              </w:rPr>
              <w:t>Mias Zimmer</w:t>
            </w:r>
          </w:p>
        </w:tc>
        <w:tc>
          <w:tcPr>
            <w:tcW w:w="2649" w:type="dxa"/>
            <w:shd w:val="clear" w:color="auto" w:fill="E7F0E5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0A432F4" w14:textId="77777777" w:rsidR="002C0583" w:rsidRDefault="00000000">
            <w:pPr>
              <w:spacing w:after="0"/>
              <w:jc w:val="center"/>
            </w:pPr>
            <w:r>
              <w:rPr>
                <w:b/>
                <w:color w:val="174C2C"/>
                <w:sz w:val="20"/>
              </w:rPr>
              <w:t>Bens Zimmer</w:t>
            </w:r>
          </w:p>
        </w:tc>
        <w:tc>
          <w:tcPr>
            <w:tcW w:w="2649" w:type="dxa"/>
            <w:shd w:val="clear" w:color="auto" w:fill="FBE7ED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439275" w14:textId="77777777" w:rsidR="002C0583" w:rsidRDefault="00000000">
            <w:pPr>
              <w:spacing w:after="0"/>
              <w:jc w:val="center"/>
            </w:pPr>
            <w:r>
              <w:rPr>
                <w:b/>
                <w:color w:val="174C2C"/>
                <w:sz w:val="20"/>
              </w:rPr>
              <w:t>Samis Zimmer</w:t>
            </w:r>
          </w:p>
        </w:tc>
        <w:tc>
          <w:tcPr>
            <w:tcW w:w="2649" w:type="dxa"/>
            <w:shd w:val="clear" w:color="auto" w:fill="E7F0E5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95667DA" w14:textId="77777777" w:rsidR="002C0583" w:rsidRDefault="00000000">
            <w:pPr>
              <w:spacing w:after="0"/>
              <w:jc w:val="center"/>
            </w:pPr>
            <w:r>
              <w:rPr>
                <w:b/>
                <w:color w:val="174C2C"/>
                <w:sz w:val="20"/>
              </w:rPr>
              <w:t>Noahs Zimmer</w:t>
            </w:r>
          </w:p>
        </w:tc>
      </w:tr>
    </w:tbl>
    <w:p w14:paraId="2DD3C487" w14:textId="77777777" w:rsidR="002C0583" w:rsidRPr="00B6399F" w:rsidRDefault="00000000">
      <w:pPr>
        <w:spacing w:after="80"/>
        <w:rPr>
          <w:lang w:val="de-DE"/>
        </w:rPr>
      </w:pPr>
      <w:r w:rsidRPr="00B6399F">
        <w:rPr>
          <w:b/>
          <w:sz w:val="22"/>
          <w:lang w:val="de-DE"/>
        </w:rPr>
        <w:t>Aufgabe 2: Kreise die Dinge ein, die du auf dem Bild findest.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119"/>
        <w:gridCol w:w="2119"/>
        <w:gridCol w:w="2119"/>
        <w:gridCol w:w="2119"/>
        <w:gridCol w:w="2119"/>
      </w:tblGrid>
      <w:tr w:rsidR="002C0583" w14:paraId="3230FF8D" w14:textId="77777777">
        <w:trPr>
          <w:jc w:val="center"/>
        </w:trPr>
        <w:tc>
          <w:tcPr>
            <w:tcW w:w="2119" w:type="dxa"/>
            <w:shd w:val="clear" w:color="auto" w:fill="FAF8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0274D27" w14:textId="77777777" w:rsidR="002C0583" w:rsidRDefault="00000000">
            <w:pPr>
              <w:spacing w:after="0"/>
              <w:jc w:val="center"/>
            </w:pPr>
            <w:r>
              <w:rPr>
                <w:color w:val="000000"/>
                <w:sz w:val="19"/>
              </w:rPr>
              <w:t>☐ Bett</w:t>
            </w:r>
          </w:p>
        </w:tc>
        <w:tc>
          <w:tcPr>
            <w:tcW w:w="2119" w:type="dxa"/>
            <w:shd w:val="clear" w:color="auto" w:fill="FAF8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EC7B066" w14:textId="77777777" w:rsidR="002C0583" w:rsidRDefault="00000000">
            <w:pPr>
              <w:spacing w:after="0"/>
              <w:jc w:val="center"/>
            </w:pPr>
            <w:r>
              <w:rPr>
                <w:color w:val="000000"/>
                <w:sz w:val="19"/>
              </w:rPr>
              <w:t>☐ Tisch</w:t>
            </w:r>
          </w:p>
        </w:tc>
        <w:tc>
          <w:tcPr>
            <w:tcW w:w="2119" w:type="dxa"/>
            <w:shd w:val="clear" w:color="auto" w:fill="FAF8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DC73415" w14:textId="77777777" w:rsidR="002C0583" w:rsidRDefault="00000000">
            <w:pPr>
              <w:spacing w:after="0"/>
              <w:jc w:val="center"/>
            </w:pPr>
            <w:r>
              <w:rPr>
                <w:color w:val="000000"/>
                <w:sz w:val="19"/>
              </w:rPr>
              <w:t>☐ Stuhl</w:t>
            </w:r>
          </w:p>
        </w:tc>
        <w:tc>
          <w:tcPr>
            <w:tcW w:w="2119" w:type="dxa"/>
            <w:shd w:val="clear" w:color="auto" w:fill="FAF8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2613B8" w14:textId="77777777" w:rsidR="002C0583" w:rsidRDefault="00000000">
            <w:pPr>
              <w:spacing w:after="0"/>
              <w:jc w:val="center"/>
            </w:pPr>
            <w:r>
              <w:rPr>
                <w:color w:val="000000"/>
                <w:sz w:val="19"/>
              </w:rPr>
              <w:t>☐ Schrank</w:t>
            </w:r>
          </w:p>
        </w:tc>
        <w:tc>
          <w:tcPr>
            <w:tcW w:w="2119" w:type="dxa"/>
            <w:shd w:val="clear" w:color="auto" w:fill="FAF8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5CF710D" w14:textId="77777777" w:rsidR="002C0583" w:rsidRDefault="00000000">
            <w:pPr>
              <w:spacing w:after="0"/>
              <w:jc w:val="center"/>
            </w:pPr>
            <w:r>
              <w:rPr>
                <w:color w:val="000000"/>
                <w:sz w:val="19"/>
              </w:rPr>
              <w:t>☐ Sofa</w:t>
            </w:r>
          </w:p>
        </w:tc>
      </w:tr>
      <w:tr w:rsidR="002C0583" w14:paraId="5E125B6E" w14:textId="77777777">
        <w:trPr>
          <w:jc w:val="center"/>
        </w:trPr>
        <w:tc>
          <w:tcPr>
            <w:tcW w:w="2119" w:type="dxa"/>
            <w:shd w:val="clear" w:color="auto" w:fill="FAF8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CC89992" w14:textId="77777777" w:rsidR="002C0583" w:rsidRDefault="00000000">
            <w:pPr>
              <w:spacing w:after="0"/>
              <w:jc w:val="center"/>
            </w:pPr>
            <w:r>
              <w:rPr>
                <w:color w:val="000000"/>
                <w:sz w:val="19"/>
              </w:rPr>
              <w:t>☐ Fernseher</w:t>
            </w:r>
          </w:p>
        </w:tc>
        <w:tc>
          <w:tcPr>
            <w:tcW w:w="2119" w:type="dxa"/>
            <w:shd w:val="clear" w:color="auto" w:fill="FAF8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B8253E" w14:textId="77777777" w:rsidR="002C0583" w:rsidRDefault="00000000">
            <w:pPr>
              <w:spacing w:after="0"/>
              <w:jc w:val="center"/>
            </w:pPr>
            <w:r>
              <w:rPr>
                <w:color w:val="000000"/>
                <w:sz w:val="19"/>
              </w:rPr>
              <w:t>☐ Dusche</w:t>
            </w:r>
          </w:p>
        </w:tc>
        <w:tc>
          <w:tcPr>
            <w:tcW w:w="2119" w:type="dxa"/>
            <w:shd w:val="clear" w:color="auto" w:fill="FAF8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179A5FE" w14:textId="77777777" w:rsidR="002C0583" w:rsidRDefault="00000000">
            <w:pPr>
              <w:spacing w:after="0"/>
              <w:jc w:val="center"/>
            </w:pPr>
            <w:r>
              <w:rPr>
                <w:color w:val="000000"/>
                <w:sz w:val="19"/>
              </w:rPr>
              <w:t>☐ Kühlschrank</w:t>
            </w:r>
          </w:p>
        </w:tc>
        <w:tc>
          <w:tcPr>
            <w:tcW w:w="2119" w:type="dxa"/>
            <w:shd w:val="clear" w:color="auto" w:fill="FAF8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2E205BF" w14:textId="77777777" w:rsidR="002C0583" w:rsidRDefault="00000000">
            <w:pPr>
              <w:spacing w:after="0"/>
              <w:jc w:val="center"/>
            </w:pPr>
            <w:r>
              <w:rPr>
                <w:color w:val="000000"/>
                <w:sz w:val="19"/>
              </w:rPr>
              <w:t>☐ Fahrrad</w:t>
            </w:r>
          </w:p>
        </w:tc>
        <w:tc>
          <w:tcPr>
            <w:tcW w:w="2119" w:type="dxa"/>
            <w:shd w:val="clear" w:color="auto" w:fill="FAF8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034FA0" w14:textId="77777777" w:rsidR="002C0583" w:rsidRDefault="00000000">
            <w:pPr>
              <w:spacing w:after="0"/>
              <w:jc w:val="center"/>
            </w:pPr>
            <w:r>
              <w:rPr>
                <w:color w:val="000000"/>
                <w:sz w:val="19"/>
              </w:rPr>
              <w:t>☐ Badewanne</w:t>
            </w:r>
          </w:p>
        </w:tc>
      </w:tr>
    </w:tbl>
    <w:p w14:paraId="014A6E8B" w14:textId="77777777" w:rsidR="002C0583" w:rsidRPr="00B6399F" w:rsidRDefault="00000000">
      <w:pPr>
        <w:spacing w:after="80"/>
        <w:rPr>
          <w:lang w:val="de-DE"/>
        </w:rPr>
      </w:pPr>
      <w:r w:rsidRPr="00B6399F">
        <w:rPr>
          <w:b/>
          <w:sz w:val="22"/>
          <w:lang w:val="de-DE"/>
        </w:rPr>
        <w:t>Aufgabe 3: Ergänze. Nutze die Wörter aus dem Kasten.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96"/>
      </w:tblGrid>
      <w:tr w:rsidR="002C0583" w:rsidRPr="009E0A89" w14:paraId="59192177" w14:textId="77777777">
        <w:trPr>
          <w:jc w:val="center"/>
        </w:trPr>
        <w:tc>
          <w:tcPr>
            <w:tcW w:w="10596" w:type="dxa"/>
            <w:shd w:val="clear" w:color="auto" w:fill="FBE7ED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1F7F8D56" w14:textId="77777777" w:rsidR="002C0583" w:rsidRPr="00B6399F" w:rsidRDefault="00000000">
            <w:pPr>
              <w:spacing w:after="80"/>
              <w:rPr>
                <w:lang w:val="de-DE"/>
              </w:rPr>
            </w:pPr>
            <w:r w:rsidRPr="00B6399F">
              <w:rPr>
                <w:b/>
                <w:color w:val="D85B7D"/>
                <w:sz w:val="22"/>
                <w:lang w:val="de-DE"/>
              </w:rPr>
              <w:t>WÖRTER</w:t>
            </w:r>
          </w:p>
          <w:p w14:paraId="7B5DD09D" w14:textId="77777777" w:rsidR="002C0583" w:rsidRPr="00B6399F" w:rsidRDefault="00000000">
            <w:pPr>
              <w:spacing w:after="0"/>
              <w:rPr>
                <w:lang w:val="de-DE"/>
              </w:rPr>
            </w:pPr>
            <w:r w:rsidRPr="00B6399F">
              <w:rPr>
                <w:lang w:val="de-DE"/>
              </w:rPr>
              <w:t>Zimmer · Kühlschrank · Sofa · Dusche</w:t>
            </w:r>
          </w:p>
        </w:tc>
      </w:tr>
    </w:tbl>
    <w:p w14:paraId="3425AF38" w14:textId="77777777" w:rsidR="002C0583" w:rsidRPr="00B6399F" w:rsidRDefault="00000000">
      <w:pPr>
        <w:spacing w:after="60"/>
        <w:rPr>
          <w:lang w:val="de-DE"/>
        </w:rPr>
      </w:pPr>
      <w:r w:rsidRPr="00B6399F">
        <w:rPr>
          <w:sz w:val="22"/>
          <w:lang w:val="de-DE"/>
        </w:rPr>
        <w:t>Mia wohnt in ihrem ______________________________.</w:t>
      </w:r>
    </w:p>
    <w:p w14:paraId="24BFBAC8" w14:textId="77777777" w:rsidR="002C0583" w:rsidRPr="00B6399F" w:rsidRDefault="00000000">
      <w:pPr>
        <w:spacing w:after="60"/>
        <w:rPr>
          <w:lang w:val="de-DE"/>
        </w:rPr>
      </w:pPr>
      <w:r w:rsidRPr="00B6399F">
        <w:rPr>
          <w:sz w:val="22"/>
          <w:lang w:val="de-DE"/>
        </w:rPr>
        <w:t>In der Küche steht ein ____________________________.</w:t>
      </w:r>
    </w:p>
    <w:p w14:paraId="6A6D506A" w14:textId="77777777" w:rsidR="002C0583" w:rsidRPr="00B6399F" w:rsidRDefault="00000000">
      <w:pPr>
        <w:spacing w:after="60"/>
        <w:rPr>
          <w:lang w:val="de-DE"/>
        </w:rPr>
      </w:pPr>
      <w:r w:rsidRPr="00B6399F">
        <w:rPr>
          <w:sz w:val="22"/>
          <w:lang w:val="de-DE"/>
        </w:rPr>
        <w:t>Im Wohnzimmer steht ein __________________________.</w:t>
      </w:r>
    </w:p>
    <w:p w14:paraId="7EB2D077" w14:textId="77777777" w:rsidR="002C0583" w:rsidRPr="00B6399F" w:rsidRDefault="00000000">
      <w:pPr>
        <w:spacing w:after="60"/>
        <w:rPr>
          <w:lang w:val="de-DE"/>
        </w:rPr>
      </w:pPr>
      <w:r w:rsidRPr="00B6399F">
        <w:rPr>
          <w:sz w:val="22"/>
          <w:lang w:val="de-DE"/>
        </w:rPr>
        <w:t>Im Bad gibt es eine ______________________________.</w:t>
      </w:r>
    </w:p>
    <w:p w14:paraId="2CF45CE4" w14:textId="377A86AB" w:rsidR="002C0583" w:rsidRPr="00B6399F" w:rsidRDefault="00000000">
      <w:pPr>
        <w:spacing w:after="40"/>
        <w:rPr>
          <w:lang w:val="de-DE"/>
        </w:rPr>
      </w:pPr>
      <w:r w:rsidRPr="00B6399F">
        <w:rPr>
          <w:rFonts w:ascii="Aptos Display" w:hAnsi="Aptos Display"/>
          <w:b/>
          <w:color w:val="174C2C"/>
          <w:sz w:val="42"/>
          <w:lang w:val="de-DE"/>
        </w:rPr>
        <w:t>2  Ein Zimmer beschreiben</w:t>
      </w:r>
    </w:p>
    <w:p w14:paraId="359C73D1" w14:textId="77777777" w:rsidR="002C0583" w:rsidRDefault="00000000">
      <w:pPr>
        <w:spacing w:after="140"/>
      </w:pPr>
      <w:r w:rsidRPr="00B6399F">
        <w:rPr>
          <w:color w:val="666666"/>
          <w:sz w:val="22"/>
          <w:lang w:val="de-DE"/>
        </w:rPr>
        <w:t xml:space="preserve">Was sehe ich? </w:t>
      </w:r>
      <w:r>
        <w:rPr>
          <w:color w:val="666666"/>
          <w:sz w:val="22"/>
        </w:rPr>
        <w:t>· Wo steht was?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639"/>
        <w:gridCol w:w="2639"/>
        <w:gridCol w:w="2639"/>
        <w:gridCol w:w="2639"/>
        <w:gridCol w:w="40"/>
      </w:tblGrid>
      <w:tr w:rsidR="002C0583" w14:paraId="05B72F76" w14:textId="77777777">
        <w:trPr>
          <w:gridAfter w:val="1"/>
          <w:wAfter w:w="40" w:type="dxa"/>
          <w:jc w:val="center"/>
        </w:trPr>
        <w:tc>
          <w:tcPr>
            <w:tcW w:w="10596" w:type="dxa"/>
            <w:gridSpan w:val="4"/>
            <w:shd w:val="clear" w:color="auto" w:fill="E7F0E5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4E13DC5C" w14:textId="77777777" w:rsidR="002C0583" w:rsidRPr="00B6399F" w:rsidRDefault="00000000">
            <w:pPr>
              <w:spacing w:after="80"/>
              <w:rPr>
                <w:lang w:val="de-DE"/>
              </w:rPr>
            </w:pPr>
            <w:r w:rsidRPr="00B6399F">
              <w:rPr>
                <w:b/>
                <w:color w:val="D85B7D"/>
                <w:sz w:val="22"/>
                <w:lang w:val="de-DE"/>
              </w:rPr>
              <w:t>DEINE WAHL</w:t>
            </w:r>
          </w:p>
          <w:p w14:paraId="6AF9A18B" w14:textId="77777777" w:rsidR="002C0583" w:rsidRDefault="00000000">
            <w:pPr>
              <w:spacing w:after="0"/>
            </w:pPr>
            <w:r w:rsidRPr="00B6399F">
              <w:rPr>
                <w:lang w:val="de-DE"/>
              </w:rPr>
              <w:t xml:space="preserve">Wähle ein Zimmer aus dem Grundriss. </w:t>
            </w:r>
            <w:r>
              <w:t>Kreuze an.</w:t>
            </w:r>
          </w:p>
        </w:tc>
      </w:tr>
      <w:tr w:rsidR="002C0583" w14:paraId="11704A38" w14:textId="77777777">
        <w:trPr>
          <w:jc w:val="center"/>
        </w:trPr>
        <w:tc>
          <w:tcPr>
            <w:tcW w:w="2649" w:type="dxa"/>
            <w:shd w:val="clear" w:color="auto" w:fill="FBE7ED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FA46CF3" w14:textId="77777777" w:rsidR="002C0583" w:rsidRDefault="00000000">
            <w:pPr>
              <w:spacing w:after="0"/>
              <w:jc w:val="center"/>
            </w:pPr>
            <w:r>
              <w:rPr>
                <w:b/>
                <w:color w:val="174C2C"/>
                <w:sz w:val="22"/>
              </w:rPr>
              <w:t>☐ Mia</w:t>
            </w:r>
          </w:p>
        </w:tc>
        <w:tc>
          <w:tcPr>
            <w:tcW w:w="2649" w:type="dxa"/>
            <w:shd w:val="clear" w:color="auto" w:fill="E7F0E5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F49120" w14:textId="77777777" w:rsidR="002C0583" w:rsidRDefault="00000000">
            <w:pPr>
              <w:spacing w:after="0"/>
              <w:jc w:val="center"/>
            </w:pPr>
            <w:r>
              <w:rPr>
                <w:b/>
                <w:color w:val="174C2C"/>
                <w:sz w:val="22"/>
              </w:rPr>
              <w:t>☐ Ben</w:t>
            </w:r>
          </w:p>
        </w:tc>
        <w:tc>
          <w:tcPr>
            <w:tcW w:w="2649" w:type="dxa"/>
            <w:shd w:val="clear" w:color="auto" w:fill="FBE7ED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705336" w14:textId="77777777" w:rsidR="002C0583" w:rsidRDefault="00000000">
            <w:pPr>
              <w:spacing w:after="0"/>
              <w:jc w:val="center"/>
            </w:pPr>
            <w:r>
              <w:rPr>
                <w:b/>
                <w:color w:val="174C2C"/>
                <w:sz w:val="22"/>
              </w:rPr>
              <w:t>☐ Sami</w:t>
            </w:r>
          </w:p>
        </w:tc>
        <w:tc>
          <w:tcPr>
            <w:tcW w:w="2649" w:type="dxa"/>
            <w:gridSpan w:val="2"/>
            <w:shd w:val="clear" w:color="auto" w:fill="E7F0E5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6352F9D" w14:textId="77777777" w:rsidR="002C0583" w:rsidRDefault="00000000">
            <w:pPr>
              <w:spacing w:after="0"/>
              <w:jc w:val="center"/>
            </w:pPr>
            <w:r>
              <w:rPr>
                <w:b/>
                <w:color w:val="174C2C"/>
                <w:sz w:val="22"/>
              </w:rPr>
              <w:t>☐ Noah</w:t>
            </w:r>
          </w:p>
        </w:tc>
      </w:tr>
    </w:tbl>
    <w:p w14:paraId="1BDBF1F4" w14:textId="77777777" w:rsidR="002C0583" w:rsidRDefault="00000000">
      <w:pPr>
        <w:spacing w:before="120" w:after="60"/>
      </w:pPr>
      <w:r>
        <w:rPr>
          <w:b/>
          <w:color w:val="D85B7D"/>
          <w:sz w:val="24"/>
        </w:rPr>
        <w:t>Wörter für dein Zimmer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649"/>
        <w:gridCol w:w="2649"/>
        <w:gridCol w:w="2649"/>
        <w:gridCol w:w="2649"/>
      </w:tblGrid>
      <w:tr w:rsidR="002C0583" w14:paraId="2043033F" w14:textId="77777777">
        <w:trPr>
          <w:jc w:val="center"/>
        </w:trPr>
        <w:tc>
          <w:tcPr>
            <w:tcW w:w="2649" w:type="dxa"/>
            <w:shd w:val="clear" w:color="auto" w:fill="FAF8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FDDEC8A" w14:textId="77777777" w:rsidR="002C0583" w:rsidRDefault="00000000">
            <w:pPr>
              <w:spacing w:after="0"/>
              <w:jc w:val="center"/>
            </w:pPr>
            <w:r>
              <w:rPr>
                <w:color w:val="000000"/>
              </w:rPr>
              <w:t>Bett</w:t>
            </w:r>
          </w:p>
        </w:tc>
        <w:tc>
          <w:tcPr>
            <w:tcW w:w="2649" w:type="dxa"/>
            <w:shd w:val="clear" w:color="auto" w:fill="FAF8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FC84E3C" w14:textId="77777777" w:rsidR="002C0583" w:rsidRDefault="00000000">
            <w:pPr>
              <w:spacing w:after="0"/>
              <w:jc w:val="center"/>
            </w:pPr>
            <w:r>
              <w:rPr>
                <w:color w:val="000000"/>
              </w:rPr>
              <w:t>Tisch</w:t>
            </w:r>
          </w:p>
        </w:tc>
        <w:tc>
          <w:tcPr>
            <w:tcW w:w="2649" w:type="dxa"/>
            <w:shd w:val="clear" w:color="auto" w:fill="FAF8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26E476A" w14:textId="77777777" w:rsidR="002C0583" w:rsidRDefault="00000000">
            <w:pPr>
              <w:spacing w:after="0"/>
              <w:jc w:val="center"/>
            </w:pPr>
            <w:r>
              <w:rPr>
                <w:color w:val="000000"/>
              </w:rPr>
              <w:t>Stuhl</w:t>
            </w:r>
          </w:p>
        </w:tc>
        <w:tc>
          <w:tcPr>
            <w:tcW w:w="2649" w:type="dxa"/>
            <w:shd w:val="clear" w:color="auto" w:fill="FAF8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B66B65" w14:textId="77777777" w:rsidR="002C0583" w:rsidRDefault="00000000">
            <w:pPr>
              <w:spacing w:after="0"/>
              <w:jc w:val="center"/>
            </w:pPr>
            <w:r>
              <w:rPr>
                <w:color w:val="000000"/>
              </w:rPr>
              <w:t>Schrank</w:t>
            </w:r>
          </w:p>
        </w:tc>
      </w:tr>
      <w:tr w:rsidR="002C0583" w14:paraId="7D406DB1" w14:textId="77777777">
        <w:trPr>
          <w:jc w:val="center"/>
        </w:trPr>
        <w:tc>
          <w:tcPr>
            <w:tcW w:w="2649" w:type="dxa"/>
            <w:shd w:val="clear" w:color="auto" w:fill="FAF8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5E03D9C" w14:textId="77777777" w:rsidR="002C0583" w:rsidRDefault="00000000">
            <w:pPr>
              <w:spacing w:after="0"/>
              <w:jc w:val="center"/>
            </w:pPr>
            <w:r>
              <w:rPr>
                <w:color w:val="000000"/>
              </w:rPr>
              <w:t>Lampe</w:t>
            </w:r>
          </w:p>
        </w:tc>
        <w:tc>
          <w:tcPr>
            <w:tcW w:w="2649" w:type="dxa"/>
            <w:shd w:val="clear" w:color="auto" w:fill="FAF8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A86C94" w14:textId="77777777" w:rsidR="002C0583" w:rsidRDefault="00000000">
            <w:pPr>
              <w:spacing w:after="0"/>
              <w:jc w:val="center"/>
            </w:pPr>
            <w:r>
              <w:rPr>
                <w:color w:val="000000"/>
              </w:rPr>
              <w:t>Bild</w:t>
            </w:r>
          </w:p>
        </w:tc>
        <w:tc>
          <w:tcPr>
            <w:tcW w:w="2649" w:type="dxa"/>
            <w:shd w:val="clear" w:color="auto" w:fill="FAF8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5A3A9D" w14:textId="77777777" w:rsidR="002C0583" w:rsidRDefault="00000000">
            <w:pPr>
              <w:spacing w:after="0"/>
              <w:jc w:val="center"/>
            </w:pPr>
            <w:r>
              <w:rPr>
                <w:color w:val="000000"/>
              </w:rPr>
              <w:t>Pflanze</w:t>
            </w:r>
          </w:p>
        </w:tc>
        <w:tc>
          <w:tcPr>
            <w:tcW w:w="2649" w:type="dxa"/>
            <w:shd w:val="clear" w:color="auto" w:fill="FAF8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877281" w14:textId="77777777" w:rsidR="002C0583" w:rsidRDefault="00000000">
            <w:pPr>
              <w:spacing w:after="0"/>
              <w:jc w:val="center"/>
            </w:pPr>
            <w:r>
              <w:rPr>
                <w:color w:val="000000"/>
              </w:rPr>
              <w:t>Computer</w:t>
            </w:r>
          </w:p>
        </w:tc>
      </w:tr>
    </w:tbl>
    <w:p w14:paraId="2BBD0D4C" w14:textId="77777777" w:rsidR="002C0583" w:rsidRDefault="00000000">
      <w:pPr>
        <w:spacing w:before="120" w:after="60"/>
      </w:pPr>
      <w:r>
        <w:rPr>
          <w:b/>
          <w:color w:val="D85B7D"/>
          <w:sz w:val="24"/>
        </w:rPr>
        <w:t>So kann das Zimmer sein</w:t>
      </w:r>
    </w:p>
    <w:p w14:paraId="0EB3E8F7" w14:textId="77777777" w:rsidR="002C0583" w:rsidRDefault="00000000">
      <w:pPr>
        <w:spacing w:after="60"/>
      </w:pPr>
      <w:r>
        <w:t>☐  gemütlich</w:t>
      </w:r>
    </w:p>
    <w:p w14:paraId="26FD02BB" w14:textId="77777777" w:rsidR="002C0583" w:rsidRDefault="00000000">
      <w:pPr>
        <w:spacing w:after="60"/>
      </w:pPr>
      <w:r>
        <w:t>☐  hell</w:t>
      </w:r>
    </w:p>
    <w:p w14:paraId="535E7FD9" w14:textId="77777777" w:rsidR="002C0583" w:rsidRDefault="00000000">
      <w:pPr>
        <w:spacing w:after="60"/>
      </w:pPr>
      <w:r>
        <w:t>☐  klein</w:t>
      </w:r>
    </w:p>
    <w:p w14:paraId="6B5B7F59" w14:textId="77777777" w:rsidR="002C0583" w:rsidRDefault="00000000">
      <w:pPr>
        <w:spacing w:after="60"/>
      </w:pPr>
      <w:r>
        <w:t>☐  groß</w:t>
      </w:r>
    </w:p>
    <w:p w14:paraId="3031592B" w14:textId="77777777" w:rsidR="002C0583" w:rsidRDefault="00000000">
      <w:pPr>
        <w:spacing w:after="60"/>
      </w:pPr>
      <w:r>
        <w:t>☐  ordentlich</w:t>
      </w:r>
    </w:p>
    <w:p w14:paraId="70368662" w14:textId="77777777" w:rsidR="002C0583" w:rsidRDefault="00000000">
      <w:pPr>
        <w:spacing w:after="60"/>
      </w:pPr>
      <w:r>
        <w:t>☐  bunt</w:t>
      </w:r>
    </w:p>
    <w:p w14:paraId="76CE4D8B" w14:textId="77777777" w:rsidR="002C0583" w:rsidRDefault="00000000">
      <w:pPr>
        <w:spacing w:after="60"/>
      </w:pPr>
      <w:r>
        <w:t>☐  modern</w:t>
      </w:r>
    </w:p>
    <w:p w14:paraId="6381B5B8" w14:textId="77777777" w:rsidR="002C0583" w:rsidRDefault="00000000">
      <w:pPr>
        <w:spacing w:after="80"/>
      </w:pPr>
      <w:r>
        <w:rPr>
          <w:b/>
          <w:sz w:val="22"/>
        </w:rPr>
        <w:t>Ergänze mindestens drei Sätze.</w:t>
      </w:r>
    </w:p>
    <w:p w14:paraId="0225472A" w14:textId="77777777" w:rsidR="002C0583" w:rsidRPr="00B6399F" w:rsidRDefault="00000000">
      <w:pPr>
        <w:spacing w:after="160"/>
        <w:rPr>
          <w:lang w:val="de-DE"/>
        </w:rPr>
      </w:pPr>
      <w:r w:rsidRPr="00B6399F">
        <w:rPr>
          <w:sz w:val="22"/>
          <w:lang w:val="de-DE"/>
        </w:rPr>
        <w:t>Das ist das Zimmer von ______________________________.</w:t>
      </w:r>
    </w:p>
    <w:p w14:paraId="6B27B846" w14:textId="77777777" w:rsidR="002C0583" w:rsidRPr="00B6399F" w:rsidRDefault="00000000">
      <w:pPr>
        <w:spacing w:after="160"/>
        <w:rPr>
          <w:lang w:val="de-DE"/>
        </w:rPr>
      </w:pPr>
      <w:r w:rsidRPr="00B6399F">
        <w:rPr>
          <w:sz w:val="22"/>
          <w:lang w:val="de-DE"/>
        </w:rPr>
        <w:t>In dem Zimmer steht _________________________________ .</w:t>
      </w:r>
    </w:p>
    <w:p w14:paraId="6DD5411A" w14:textId="77777777" w:rsidR="002C0583" w:rsidRPr="00B6399F" w:rsidRDefault="00000000">
      <w:pPr>
        <w:spacing w:after="160"/>
        <w:rPr>
          <w:lang w:val="de-DE"/>
        </w:rPr>
      </w:pPr>
      <w:r w:rsidRPr="00B6399F">
        <w:rPr>
          <w:sz w:val="22"/>
          <w:lang w:val="de-DE"/>
        </w:rPr>
        <w:t>Neben dem Bett steht ________________________________ .</w:t>
      </w:r>
    </w:p>
    <w:p w14:paraId="292F73F7" w14:textId="77777777" w:rsidR="002C0583" w:rsidRPr="00B6399F" w:rsidRDefault="00000000">
      <w:pPr>
        <w:spacing w:after="160"/>
        <w:rPr>
          <w:lang w:val="de-DE"/>
        </w:rPr>
      </w:pPr>
      <w:r w:rsidRPr="00B6399F">
        <w:rPr>
          <w:sz w:val="22"/>
          <w:lang w:val="de-DE"/>
        </w:rPr>
        <w:t>Auf dem Tisch liegt _________________________________ .</w:t>
      </w:r>
    </w:p>
    <w:p w14:paraId="1C808567" w14:textId="77777777" w:rsidR="002C0583" w:rsidRPr="00B6399F" w:rsidRDefault="00000000">
      <w:pPr>
        <w:spacing w:after="160"/>
        <w:rPr>
          <w:lang w:val="de-DE"/>
        </w:rPr>
      </w:pPr>
      <w:r w:rsidRPr="00B6399F">
        <w:rPr>
          <w:sz w:val="22"/>
          <w:lang w:val="de-DE"/>
        </w:rPr>
        <w:t>Das Zimmer ist ______________________________________ .</w:t>
      </w:r>
    </w:p>
    <w:p w14:paraId="005ECF18" w14:textId="3D384FEC" w:rsidR="002C0583" w:rsidRDefault="00000000">
      <w:pPr>
        <w:spacing w:before="120" w:after="60"/>
        <w:rPr>
          <w:b/>
          <w:color w:val="D85B7D"/>
          <w:sz w:val="24"/>
          <w:lang w:val="de-DE"/>
        </w:rPr>
      </w:pPr>
      <w:r w:rsidRPr="00B6399F">
        <w:rPr>
          <w:b/>
          <w:color w:val="D85B7D"/>
          <w:sz w:val="24"/>
          <w:lang w:val="de-DE"/>
        </w:rPr>
        <w:t>Meine eigene Zimmerbeschreibung</w:t>
      </w:r>
    </w:p>
    <w:p w14:paraId="143B6380" w14:textId="77777777" w:rsidR="003A394F" w:rsidRDefault="00B6399F" w:rsidP="003A394F">
      <w:pPr>
        <w:spacing w:before="120" w:after="60"/>
        <w:rPr>
          <w:lang w:val="de-DE"/>
        </w:rPr>
      </w:pPr>
      <w:r w:rsidRPr="00B6399F">
        <w:rPr>
          <w:b/>
          <w:sz w:val="24"/>
          <w:lang w:val="de-DE"/>
        </w:rPr>
        <w:t>Beschre</w:t>
      </w:r>
      <w:r>
        <w:rPr>
          <w:b/>
          <w:sz w:val="24"/>
          <w:lang w:val="de-DE"/>
        </w:rPr>
        <w:t>ib</w:t>
      </w:r>
      <w:r w:rsidRPr="00B6399F">
        <w:rPr>
          <w:b/>
          <w:sz w:val="24"/>
          <w:lang w:val="de-DE"/>
        </w:rPr>
        <w:t>e in 5 Sätzen Dein eigenes Zimmer.</w:t>
      </w:r>
    </w:p>
    <w:p w14:paraId="4A5098C9" w14:textId="5119A52C" w:rsidR="00C16E84" w:rsidRDefault="00C16E84" w:rsidP="00C16E84">
      <w:pPr>
        <w:spacing w:after="40" w:line="360" w:lineRule="auto"/>
        <w:rPr>
          <w:color w:val="999999"/>
          <w:sz w:val="24"/>
          <w:szCs w:val="24"/>
          <w:lang w:val="de-DE"/>
        </w:rPr>
      </w:pPr>
      <w:r>
        <w:rPr>
          <w:color w:val="999999"/>
          <w:sz w:val="24"/>
          <w:szCs w:val="24"/>
          <w:lang w:val="de-D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026EA85" w14:textId="1AC31D88" w:rsidR="002C0583" w:rsidRPr="00B6399F" w:rsidRDefault="00000000">
      <w:pPr>
        <w:spacing w:after="40"/>
        <w:rPr>
          <w:lang w:val="de-DE"/>
        </w:rPr>
      </w:pPr>
      <w:r w:rsidRPr="00B6399F">
        <w:rPr>
          <w:rFonts w:ascii="Aptos Display" w:hAnsi="Aptos Display"/>
          <w:b/>
          <w:color w:val="174C2C"/>
          <w:sz w:val="42"/>
          <w:lang w:val="de-DE"/>
        </w:rPr>
        <w:t>3  WG-Regeln schreiben</w:t>
      </w:r>
    </w:p>
    <w:p w14:paraId="3FFFA1C5" w14:textId="77777777" w:rsidR="002C0583" w:rsidRPr="00B6399F" w:rsidRDefault="00000000">
      <w:pPr>
        <w:spacing w:after="140"/>
        <w:rPr>
          <w:lang w:val="de-DE"/>
        </w:rPr>
      </w:pPr>
      <w:r w:rsidRPr="00B6399F">
        <w:rPr>
          <w:color w:val="666666"/>
          <w:sz w:val="22"/>
          <w:lang w:val="de-DE"/>
        </w:rPr>
        <w:t>Was ist erlaubt? · Was ist wichtig?</w:t>
      </w:r>
    </w:p>
    <w:p w14:paraId="4CEDD7E9" w14:textId="77777777" w:rsidR="002C0583" w:rsidRPr="00C16E84" w:rsidRDefault="00000000">
      <w:pPr>
        <w:spacing w:after="80"/>
        <w:rPr>
          <w:lang w:val="de-DE"/>
        </w:rPr>
      </w:pPr>
      <w:r w:rsidRPr="00C16E84">
        <w:rPr>
          <w:b/>
          <w:sz w:val="22"/>
          <w:lang w:val="de-DE"/>
        </w:rPr>
        <w:t>Aufgabe 1: Verbinde die Satzteile.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298"/>
        <w:gridCol w:w="5298"/>
      </w:tblGrid>
      <w:tr w:rsidR="002C0583" w14:paraId="6ED8FD76" w14:textId="77777777">
        <w:trPr>
          <w:jc w:val="center"/>
        </w:trPr>
        <w:tc>
          <w:tcPr>
            <w:tcW w:w="5298" w:type="dxa"/>
            <w:shd w:val="clear" w:color="auto" w:fill="FBE7ED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80DB36" w14:textId="77777777" w:rsidR="002C0583" w:rsidRDefault="00000000">
            <w:pPr>
              <w:spacing w:after="0"/>
            </w:pPr>
            <w:r>
              <w:rPr>
                <w:b/>
                <w:color w:val="174C2C"/>
                <w:sz w:val="22"/>
              </w:rPr>
              <w:t>Wir räumen …</w:t>
            </w:r>
          </w:p>
        </w:tc>
        <w:tc>
          <w:tcPr>
            <w:tcW w:w="5298" w:type="dxa"/>
            <w:shd w:val="clear" w:color="auto" w:fill="FBE7ED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9669116" w14:textId="77777777" w:rsidR="002C0583" w:rsidRDefault="00000000">
            <w:pPr>
              <w:spacing w:after="0"/>
            </w:pPr>
            <w:r>
              <w:rPr>
                <w:color w:val="000000"/>
                <w:sz w:val="22"/>
              </w:rPr>
              <w:t>… das Bad sauber.</w:t>
            </w:r>
          </w:p>
        </w:tc>
      </w:tr>
      <w:tr w:rsidR="002C0583" w14:paraId="7B4FE500" w14:textId="77777777">
        <w:trPr>
          <w:jc w:val="center"/>
        </w:trPr>
        <w:tc>
          <w:tcPr>
            <w:tcW w:w="5298" w:type="dxa"/>
            <w:shd w:val="clear" w:color="auto" w:fill="E7F0E5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5809D78" w14:textId="77777777" w:rsidR="002C0583" w:rsidRDefault="00000000">
            <w:pPr>
              <w:spacing w:after="0"/>
            </w:pPr>
            <w:r>
              <w:rPr>
                <w:b/>
                <w:color w:val="174C2C"/>
                <w:sz w:val="22"/>
              </w:rPr>
              <w:t>Wir hören …</w:t>
            </w:r>
          </w:p>
        </w:tc>
        <w:tc>
          <w:tcPr>
            <w:tcW w:w="5298" w:type="dxa"/>
            <w:shd w:val="clear" w:color="auto" w:fill="E7F0E5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225B2FA" w14:textId="77777777" w:rsidR="002C0583" w:rsidRDefault="00000000">
            <w:pPr>
              <w:spacing w:after="0"/>
            </w:pPr>
            <w:r>
              <w:rPr>
                <w:color w:val="000000"/>
                <w:sz w:val="22"/>
              </w:rPr>
              <w:t>… unsere Sachen weg.</w:t>
            </w:r>
          </w:p>
        </w:tc>
      </w:tr>
      <w:tr w:rsidR="002C0583" w14:paraId="0A28169A" w14:textId="77777777">
        <w:trPr>
          <w:jc w:val="center"/>
        </w:trPr>
        <w:tc>
          <w:tcPr>
            <w:tcW w:w="5298" w:type="dxa"/>
            <w:shd w:val="clear" w:color="auto" w:fill="FBE7ED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113C72" w14:textId="77777777" w:rsidR="002C0583" w:rsidRDefault="00000000">
            <w:pPr>
              <w:spacing w:after="0"/>
            </w:pPr>
            <w:r>
              <w:rPr>
                <w:b/>
                <w:color w:val="174C2C"/>
                <w:sz w:val="22"/>
              </w:rPr>
              <w:t>Wir lassen …</w:t>
            </w:r>
          </w:p>
        </w:tc>
        <w:tc>
          <w:tcPr>
            <w:tcW w:w="5298" w:type="dxa"/>
            <w:shd w:val="clear" w:color="auto" w:fill="FBE7ED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748AD2C" w14:textId="77777777" w:rsidR="002C0583" w:rsidRDefault="00000000">
            <w:pPr>
              <w:spacing w:after="0"/>
            </w:pPr>
            <w:r>
              <w:rPr>
                <w:color w:val="000000"/>
                <w:sz w:val="22"/>
              </w:rPr>
              <w:t>… einander zu.</w:t>
            </w:r>
          </w:p>
        </w:tc>
      </w:tr>
      <w:tr w:rsidR="002C0583" w14:paraId="188E2C65" w14:textId="77777777">
        <w:trPr>
          <w:jc w:val="center"/>
        </w:trPr>
        <w:tc>
          <w:tcPr>
            <w:tcW w:w="5298" w:type="dxa"/>
            <w:shd w:val="clear" w:color="auto" w:fill="E7F0E5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EF7CC77" w14:textId="77777777" w:rsidR="002C0583" w:rsidRDefault="00000000">
            <w:pPr>
              <w:spacing w:after="0"/>
            </w:pPr>
            <w:r>
              <w:rPr>
                <w:b/>
                <w:color w:val="174C2C"/>
                <w:sz w:val="22"/>
              </w:rPr>
              <w:t>Wir helfen …</w:t>
            </w:r>
          </w:p>
        </w:tc>
        <w:tc>
          <w:tcPr>
            <w:tcW w:w="5298" w:type="dxa"/>
            <w:shd w:val="clear" w:color="auto" w:fill="E7F0E5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6BC5C0" w14:textId="77777777" w:rsidR="002C0583" w:rsidRDefault="00000000">
            <w:pPr>
              <w:spacing w:after="0"/>
            </w:pPr>
            <w:r>
              <w:rPr>
                <w:color w:val="000000"/>
                <w:sz w:val="22"/>
              </w:rPr>
              <w:t>… abends leise Musik.</w:t>
            </w:r>
          </w:p>
        </w:tc>
      </w:tr>
      <w:tr w:rsidR="002C0583" w14:paraId="4EAD9B32" w14:textId="77777777">
        <w:trPr>
          <w:jc w:val="center"/>
        </w:trPr>
        <w:tc>
          <w:tcPr>
            <w:tcW w:w="5298" w:type="dxa"/>
            <w:shd w:val="clear" w:color="auto" w:fill="FBE7ED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149E9C6" w14:textId="77777777" w:rsidR="002C0583" w:rsidRDefault="00000000">
            <w:pPr>
              <w:spacing w:after="0"/>
            </w:pPr>
            <w:r>
              <w:rPr>
                <w:b/>
                <w:color w:val="174C2C"/>
                <w:sz w:val="22"/>
              </w:rPr>
              <w:t>Wir halten …</w:t>
            </w:r>
          </w:p>
        </w:tc>
        <w:tc>
          <w:tcPr>
            <w:tcW w:w="5298" w:type="dxa"/>
            <w:shd w:val="clear" w:color="auto" w:fill="FBE7ED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B9A048F" w14:textId="77777777" w:rsidR="002C0583" w:rsidRDefault="00000000">
            <w:pPr>
              <w:spacing w:after="0"/>
            </w:pPr>
            <w:r>
              <w:rPr>
                <w:color w:val="000000"/>
                <w:sz w:val="22"/>
              </w:rPr>
              <w:t>… uns gegenseitig.</w:t>
            </w:r>
          </w:p>
        </w:tc>
      </w:tr>
    </w:tbl>
    <w:p w14:paraId="75279E4F" w14:textId="77777777" w:rsidR="002C0583" w:rsidRPr="00B6399F" w:rsidRDefault="00000000">
      <w:pPr>
        <w:spacing w:after="80"/>
        <w:rPr>
          <w:lang w:val="de-DE"/>
        </w:rPr>
      </w:pPr>
      <w:r w:rsidRPr="00B6399F">
        <w:rPr>
          <w:b/>
          <w:sz w:val="22"/>
          <w:lang w:val="de-DE"/>
        </w:rPr>
        <w:t>Aufgabe 2: Welche Regeln sind gut für die WG? Kreuze an.</w:t>
      </w:r>
    </w:p>
    <w:p w14:paraId="0BF1320A" w14:textId="77777777" w:rsidR="002C0583" w:rsidRPr="00B6399F" w:rsidRDefault="00000000">
      <w:pPr>
        <w:spacing w:after="100"/>
        <w:rPr>
          <w:lang w:val="de-DE"/>
        </w:rPr>
      </w:pPr>
      <w:r w:rsidRPr="00B6399F">
        <w:rPr>
          <w:sz w:val="22"/>
          <w:lang w:val="de-DE"/>
        </w:rPr>
        <w:t>☐ Wir sprechen freundlich miteinander.</w:t>
      </w:r>
    </w:p>
    <w:p w14:paraId="3F196E7E" w14:textId="77777777" w:rsidR="002C0583" w:rsidRPr="00B6399F" w:rsidRDefault="00000000">
      <w:pPr>
        <w:spacing w:after="100"/>
        <w:rPr>
          <w:lang w:val="de-DE"/>
        </w:rPr>
      </w:pPr>
      <w:r w:rsidRPr="00B6399F">
        <w:rPr>
          <w:sz w:val="22"/>
          <w:lang w:val="de-DE"/>
        </w:rPr>
        <w:t>☐ Jeder lässt alles liegen.</w:t>
      </w:r>
    </w:p>
    <w:p w14:paraId="4DB0AED7" w14:textId="77777777" w:rsidR="002C0583" w:rsidRPr="00B6399F" w:rsidRDefault="00000000">
      <w:pPr>
        <w:spacing w:after="100"/>
        <w:rPr>
          <w:lang w:val="de-DE"/>
        </w:rPr>
      </w:pPr>
      <w:r w:rsidRPr="00B6399F">
        <w:rPr>
          <w:sz w:val="22"/>
          <w:lang w:val="de-DE"/>
        </w:rPr>
        <w:t>☐ Nach 22 Uhr sind wir leise.</w:t>
      </w:r>
    </w:p>
    <w:p w14:paraId="0E304A7F" w14:textId="77777777" w:rsidR="002C0583" w:rsidRPr="00B6399F" w:rsidRDefault="00000000">
      <w:pPr>
        <w:spacing w:after="100"/>
        <w:rPr>
          <w:lang w:val="de-DE"/>
        </w:rPr>
      </w:pPr>
      <w:r w:rsidRPr="00B6399F">
        <w:rPr>
          <w:sz w:val="22"/>
          <w:lang w:val="de-DE"/>
        </w:rPr>
        <w:t>☐ Nur Mia muss putzen.</w:t>
      </w:r>
    </w:p>
    <w:p w14:paraId="6DA69C30" w14:textId="77777777" w:rsidR="002C0583" w:rsidRPr="00B6399F" w:rsidRDefault="00000000">
      <w:pPr>
        <w:spacing w:after="100"/>
        <w:rPr>
          <w:lang w:val="de-DE"/>
        </w:rPr>
      </w:pPr>
      <w:r w:rsidRPr="00B6399F">
        <w:rPr>
          <w:sz w:val="22"/>
          <w:lang w:val="de-DE"/>
        </w:rPr>
        <w:t>☐ Jeder hilft im Haushalt.</w:t>
      </w:r>
    </w:p>
    <w:p w14:paraId="2BC2C42A" w14:textId="77777777" w:rsidR="002C0583" w:rsidRPr="00B6399F" w:rsidRDefault="00000000">
      <w:pPr>
        <w:spacing w:after="100"/>
        <w:rPr>
          <w:lang w:val="de-DE"/>
        </w:rPr>
      </w:pPr>
      <w:r w:rsidRPr="00B6399F">
        <w:rPr>
          <w:sz w:val="22"/>
          <w:lang w:val="de-DE"/>
        </w:rPr>
        <w:t>☐ Wir fragen, bevor wir etwas nehmen.</w:t>
      </w:r>
    </w:p>
    <w:p w14:paraId="69EC5A4B" w14:textId="77777777" w:rsidR="002C0583" w:rsidRPr="00B6399F" w:rsidRDefault="00000000">
      <w:pPr>
        <w:spacing w:after="80"/>
        <w:rPr>
          <w:lang w:val="de-DE"/>
        </w:rPr>
      </w:pPr>
      <w:r w:rsidRPr="00B6399F">
        <w:rPr>
          <w:b/>
          <w:sz w:val="22"/>
          <w:lang w:val="de-DE"/>
        </w:rPr>
        <w:t>Aufgabe 3: Schreibt mindestens vier eigene WG-Regeln.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96"/>
      </w:tblGrid>
      <w:tr w:rsidR="002C0583" w:rsidRPr="009E0A89" w14:paraId="5DC68455" w14:textId="77777777">
        <w:trPr>
          <w:jc w:val="center"/>
        </w:trPr>
        <w:tc>
          <w:tcPr>
            <w:tcW w:w="10596" w:type="dxa"/>
            <w:shd w:val="clear" w:color="auto" w:fill="FBE7ED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2B50E3B0" w14:textId="77777777" w:rsidR="002C0583" w:rsidRPr="00B6399F" w:rsidRDefault="00000000">
            <w:pPr>
              <w:spacing w:after="80"/>
              <w:rPr>
                <w:lang w:val="de-DE"/>
              </w:rPr>
            </w:pPr>
            <w:r w:rsidRPr="00B6399F">
              <w:rPr>
                <w:b/>
                <w:color w:val="D85B7D"/>
                <w:sz w:val="22"/>
                <w:lang w:val="de-DE"/>
              </w:rPr>
              <w:t>SATZANFÄNGE</w:t>
            </w:r>
          </w:p>
          <w:p w14:paraId="593B94C1" w14:textId="77777777" w:rsidR="002C0583" w:rsidRPr="00B6399F" w:rsidRDefault="00000000">
            <w:pPr>
              <w:spacing w:after="0"/>
              <w:rPr>
                <w:lang w:val="de-DE"/>
              </w:rPr>
            </w:pPr>
            <w:r w:rsidRPr="00B6399F">
              <w:rPr>
                <w:lang w:val="de-DE"/>
              </w:rPr>
              <w:t>Wir müssen …   ·   Wir dürfen …   ·   Wir dürfen nicht …   ·   Jeder soll …</w:t>
            </w:r>
          </w:p>
        </w:tc>
      </w:tr>
    </w:tbl>
    <w:p w14:paraId="3991F5BC" w14:textId="77777777" w:rsidR="00B6399F" w:rsidRDefault="00B6399F">
      <w:pPr>
        <w:spacing w:after="40"/>
        <w:rPr>
          <w:b/>
          <w:lang w:val="de-DE"/>
        </w:rPr>
      </w:pPr>
    </w:p>
    <w:p w14:paraId="23CF9104" w14:textId="34D063D0" w:rsidR="002C0583" w:rsidRPr="00B6399F" w:rsidRDefault="00000000" w:rsidP="00C16E84">
      <w:pPr>
        <w:spacing w:after="40" w:line="360" w:lineRule="auto"/>
        <w:rPr>
          <w:lang w:val="de-DE"/>
        </w:rPr>
      </w:pPr>
      <w:r w:rsidRPr="00B6399F">
        <w:rPr>
          <w:b/>
          <w:lang w:val="de-DE"/>
        </w:rPr>
        <w:t xml:space="preserve">1.  </w:t>
      </w:r>
      <w:r w:rsidRPr="00B6399F">
        <w:rPr>
          <w:color w:val="999999"/>
          <w:sz w:val="16"/>
          <w:lang w:val="de-DE"/>
        </w:rPr>
        <w:t>__________________________________________________________________________________</w:t>
      </w:r>
    </w:p>
    <w:p w14:paraId="6CFAFBA6" w14:textId="77777777" w:rsidR="002C0583" w:rsidRPr="00B6399F" w:rsidRDefault="00000000" w:rsidP="00C16E84">
      <w:pPr>
        <w:spacing w:after="40" w:line="360" w:lineRule="auto"/>
        <w:rPr>
          <w:lang w:val="de-DE"/>
        </w:rPr>
      </w:pPr>
      <w:r w:rsidRPr="00B6399F">
        <w:rPr>
          <w:color w:val="999999"/>
          <w:sz w:val="16"/>
          <w:lang w:val="de-DE"/>
        </w:rPr>
        <w:t>__________________________________________________________________________________</w:t>
      </w:r>
    </w:p>
    <w:p w14:paraId="73950E28" w14:textId="77777777" w:rsidR="002C0583" w:rsidRPr="00B6399F" w:rsidRDefault="00000000" w:rsidP="00C16E84">
      <w:pPr>
        <w:spacing w:after="40" w:line="360" w:lineRule="auto"/>
        <w:rPr>
          <w:lang w:val="de-DE"/>
        </w:rPr>
      </w:pPr>
      <w:r w:rsidRPr="00B6399F">
        <w:rPr>
          <w:b/>
          <w:lang w:val="de-DE"/>
        </w:rPr>
        <w:t xml:space="preserve">2.  </w:t>
      </w:r>
      <w:r w:rsidRPr="00B6399F">
        <w:rPr>
          <w:color w:val="999999"/>
          <w:sz w:val="16"/>
          <w:lang w:val="de-DE"/>
        </w:rPr>
        <w:t>__________________________________________________________________________________</w:t>
      </w:r>
    </w:p>
    <w:p w14:paraId="384D024D" w14:textId="77777777" w:rsidR="002C0583" w:rsidRPr="00B6399F" w:rsidRDefault="00000000" w:rsidP="00C16E84">
      <w:pPr>
        <w:spacing w:after="40" w:line="360" w:lineRule="auto"/>
        <w:rPr>
          <w:lang w:val="de-DE"/>
        </w:rPr>
      </w:pPr>
      <w:r w:rsidRPr="00B6399F">
        <w:rPr>
          <w:color w:val="999999"/>
          <w:sz w:val="16"/>
          <w:lang w:val="de-DE"/>
        </w:rPr>
        <w:t>__________________________________________________________________________________</w:t>
      </w:r>
    </w:p>
    <w:p w14:paraId="7D5E21DB" w14:textId="77777777" w:rsidR="002C0583" w:rsidRPr="00B6399F" w:rsidRDefault="00000000" w:rsidP="00C16E84">
      <w:pPr>
        <w:spacing w:after="40" w:line="360" w:lineRule="auto"/>
        <w:rPr>
          <w:lang w:val="de-DE"/>
        </w:rPr>
      </w:pPr>
      <w:r w:rsidRPr="00B6399F">
        <w:rPr>
          <w:b/>
          <w:lang w:val="de-DE"/>
        </w:rPr>
        <w:t xml:space="preserve">3.  </w:t>
      </w:r>
      <w:r w:rsidRPr="00B6399F">
        <w:rPr>
          <w:color w:val="999999"/>
          <w:sz w:val="16"/>
          <w:lang w:val="de-DE"/>
        </w:rPr>
        <w:t>__________________________________________________________________________________</w:t>
      </w:r>
    </w:p>
    <w:p w14:paraId="1F45BF41" w14:textId="77777777" w:rsidR="002C0583" w:rsidRPr="00B6399F" w:rsidRDefault="00000000" w:rsidP="00C16E84">
      <w:pPr>
        <w:spacing w:after="40" w:line="360" w:lineRule="auto"/>
        <w:rPr>
          <w:lang w:val="de-DE"/>
        </w:rPr>
      </w:pPr>
      <w:r w:rsidRPr="00B6399F">
        <w:rPr>
          <w:color w:val="999999"/>
          <w:sz w:val="16"/>
          <w:lang w:val="de-DE"/>
        </w:rPr>
        <w:t>__________________________________________________________________________________</w:t>
      </w:r>
    </w:p>
    <w:p w14:paraId="51C6DB48" w14:textId="77777777" w:rsidR="002C0583" w:rsidRPr="00B6399F" w:rsidRDefault="00000000" w:rsidP="00C16E84">
      <w:pPr>
        <w:spacing w:after="40" w:line="360" w:lineRule="auto"/>
        <w:rPr>
          <w:lang w:val="de-DE"/>
        </w:rPr>
      </w:pPr>
      <w:r w:rsidRPr="00B6399F">
        <w:rPr>
          <w:b/>
          <w:lang w:val="de-DE"/>
        </w:rPr>
        <w:t xml:space="preserve">4.  </w:t>
      </w:r>
      <w:r w:rsidRPr="00B6399F">
        <w:rPr>
          <w:color w:val="999999"/>
          <w:sz w:val="16"/>
          <w:lang w:val="de-DE"/>
        </w:rPr>
        <w:t>__________________________________________________________________________________</w:t>
      </w:r>
    </w:p>
    <w:p w14:paraId="54D73B9C" w14:textId="77777777" w:rsidR="002C0583" w:rsidRPr="00B6399F" w:rsidRDefault="00000000" w:rsidP="00C16E84">
      <w:pPr>
        <w:spacing w:after="40" w:line="360" w:lineRule="auto"/>
        <w:rPr>
          <w:lang w:val="de-DE"/>
        </w:rPr>
      </w:pPr>
      <w:r w:rsidRPr="00B6399F">
        <w:rPr>
          <w:color w:val="999999"/>
          <w:sz w:val="16"/>
          <w:lang w:val="de-DE"/>
        </w:rPr>
        <w:t>__________________________________________________________________________________</w:t>
      </w:r>
    </w:p>
    <w:p w14:paraId="4E29F47A" w14:textId="79CEA53A" w:rsidR="00B6399F" w:rsidRPr="00C16E84" w:rsidRDefault="00000000" w:rsidP="00C16E84">
      <w:pPr>
        <w:spacing w:before="120" w:after="60" w:line="360" w:lineRule="auto"/>
        <w:rPr>
          <w:lang w:val="de-DE"/>
        </w:rPr>
      </w:pPr>
      <w:r w:rsidRPr="00B6399F">
        <w:rPr>
          <w:b/>
          <w:color w:val="D85B7D"/>
          <w:sz w:val="24"/>
          <w:lang w:val="de-DE"/>
        </w:rPr>
        <w:t>Unsere wichtigste Regel</w:t>
      </w:r>
    </w:p>
    <w:p w14:paraId="64546B83" w14:textId="2F8CF89A" w:rsidR="002C0583" w:rsidRPr="00B6399F" w:rsidRDefault="00000000" w:rsidP="00C16E84">
      <w:pPr>
        <w:spacing w:after="40" w:line="360" w:lineRule="auto"/>
        <w:rPr>
          <w:lang w:val="de-DE"/>
        </w:rPr>
      </w:pPr>
      <w:r w:rsidRPr="00B6399F">
        <w:rPr>
          <w:color w:val="999999"/>
          <w:sz w:val="16"/>
          <w:lang w:val="de-DE"/>
        </w:rPr>
        <w:t>__________________________________________________________________________________</w:t>
      </w:r>
    </w:p>
    <w:p w14:paraId="15AD79E7" w14:textId="77777777" w:rsidR="002C0583" w:rsidRPr="00B6399F" w:rsidRDefault="00000000" w:rsidP="00C16E84">
      <w:pPr>
        <w:spacing w:after="40" w:line="360" w:lineRule="auto"/>
        <w:rPr>
          <w:lang w:val="de-DE"/>
        </w:rPr>
      </w:pPr>
      <w:r w:rsidRPr="00B6399F">
        <w:rPr>
          <w:color w:val="999999"/>
          <w:sz w:val="16"/>
          <w:lang w:val="de-DE"/>
        </w:rPr>
        <w:t>__________________________________________________________________________________</w:t>
      </w:r>
    </w:p>
    <w:p w14:paraId="3B2A4951" w14:textId="77777777" w:rsidR="002C0583" w:rsidRPr="00B6399F" w:rsidRDefault="00000000">
      <w:pPr>
        <w:rPr>
          <w:lang w:val="de-DE"/>
        </w:rPr>
      </w:pPr>
      <w:r w:rsidRPr="00B6399F">
        <w:rPr>
          <w:lang w:val="de-DE"/>
        </w:rPr>
        <w:br w:type="page"/>
      </w:r>
    </w:p>
    <w:p w14:paraId="4B1384E9" w14:textId="05542732" w:rsidR="002C0583" w:rsidRPr="00C16E84" w:rsidRDefault="00000000" w:rsidP="00C16E84">
      <w:pPr>
        <w:spacing w:after="40"/>
        <w:rPr>
          <w:lang w:val="de-DE"/>
        </w:rPr>
      </w:pPr>
      <w:r w:rsidRPr="00B6399F">
        <w:rPr>
          <w:rFonts w:ascii="Aptos Display" w:hAnsi="Aptos Display"/>
          <w:b/>
          <w:color w:val="174C2C"/>
          <w:sz w:val="42"/>
          <w:lang w:val="de-DE"/>
        </w:rPr>
        <w:t>4  Ein Problem lösen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96"/>
      </w:tblGrid>
      <w:tr w:rsidR="002C0583" w14:paraId="346B7DDC" w14:textId="77777777">
        <w:trPr>
          <w:jc w:val="center"/>
        </w:trPr>
        <w:tc>
          <w:tcPr>
            <w:tcW w:w="10596" w:type="dxa"/>
            <w:shd w:val="clear" w:color="auto" w:fill="FBE7ED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46DEBB7B" w14:textId="77777777" w:rsidR="002C0583" w:rsidRPr="00B6399F" w:rsidRDefault="00000000">
            <w:pPr>
              <w:spacing w:after="80"/>
              <w:rPr>
                <w:lang w:val="de-DE"/>
              </w:rPr>
            </w:pPr>
            <w:r w:rsidRPr="00B6399F">
              <w:rPr>
                <w:b/>
                <w:color w:val="D85B7D"/>
                <w:sz w:val="22"/>
                <w:lang w:val="de-DE"/>
              </w:rPr>
              <w:t>DAS PROBLEM</w:t>
            </w:r>
          </w:p>
          <w:p w14:paraId="69CB398B" w14:textId="77777777" w:rsidR="002C0583" w:rsidRDefault="00000000">
            <w:pPr>
              <w:spacing w:after="0"/>
            </w:pPr>
            <w:r w:rsidRPr="00B6399F">
              <w:rPr>
                <w:lang w:val="de-DE"/>
              </w:rPr>
              <w:t xml:space="preserve">Ben möchte schlafen. Sami hört laut Musik. Ben ruft: „Mach endlich die Musik aus! </w:t>
            </w:r>
            <w:r>
              <w:t>Du nervst!“</w:t>
            </w:r>
          </w:p>
        </w:tc>
      </w:tr>
    </w:tbl>
    <w:p w14:paraId="1AC83E23" w14:textId="77777777" w:rsidR="002C0583" w:rsidRPr="00B6399F" w:rsidRDefault="00000000">
      <w:pPr>
        <w:spacing w:after="80"/>
        <w:rPr>
          <w:lang w:val="de-DE"/>
        </w:rPr>
      </w:pPr>
      <w:r w:rsidRPr="00B6399F">
        <w:rPr>
          <w:b/>
          <w:sz w:val="22"/>
          <w:lang w:val="de-DE"/>
        </w:rPr>
        <w:t>Aufgabe 1: Wie fühlen sich Ben und Sami?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532"/>
        <w:gridCol w:w="3532"/>
        <w:gridCol w:w="3532"/>
      </w:tblGrid>
      <w:tr w:rsidR="002C0583" w14:paraId="39969881" w14:textId="77777777">
        <w:trPr>
          <w:jc w:val="center"/>
        </w:trPr>
        <w:tc>
          <w:tcPr>
            <w:tcW w:w="3532" w:type="dxa"/>
            <w:shd w:val="clear" w:color="auto" w:fill="174C2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F0476B2" w14:textId="77777777" w:rsidR="002C0583" w:rsidRDefault="00000000">
            <w:pPr>
              <w:spacing w:after="0"/>
              <w:jc w:val="center"/>
            </w:pPr>
            <w:r>
              <w:rPr>
                <w:b/>
                <w:color w:val="FFFFFF"/>
              </w:rPr>
              <w:t>Ben ist …</w:t>
            </w:r>
          </w:p>
        </w:tc>
        <w:tc>
          <w:tcPr>
            <w:tcW w:w="3532" w:type="dxa"/>
            <w:shd w:val="clear" w:color="auto" w:fill="174C2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94A440F" w14:textId="77777777" w:rsidR="002C0583" w:rsidRDefault="00000000">
            <w:pPr>
              <w:spacing w:after="0"/>
              <w:jc w:val="center"/>
            </w:pPr>
            <w:r>
              <w:rPr>
                <w:b/>
                <w:color w:val="FFFFFF"/>
              </w:rPr>
              <w:t>Sami ist …</w:t>
            </w:r>
          </w:p>
        </w:tc>
        <w:tc>
          <w:tcPr>
            <w:tcW w:w="3532" w:type="dxa"/>
            <w:shd w:val="clear" w:color="auto" w:fill="174C2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121D288" w14:textId="77777777" w:rsidR="002C0583" w:rsidRDefault="00000000">
            <w:pPr>
              <w:spacing w:after="0"/>
              <w:jc w:val="center"/>
            </w:pPr>
            <w:r>
              <w:rPr>
                <w:b/>
                <w:color w:val="FFFFFF"/>
              </w:rPr>
              <w:t>Wörter</w:t>
            </w:r>
          </w:p>
        </w:tc>
      </w:tr>
      <w:tr w:rsidR="002C0583" w14:paraId="0AABA5F8" w14:textId="77777777">
        <w:trPr>
          <w:jc w:val="center"/>
        </w:trPr>
        <w:tc>
          <w:tcPr>
            <w:tcW w:w="3532" w:type="dxa"/>
            <w:shd w:val="clear" w:color="auto" w:fill="E7F0E5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987D249" w14:textId="77777777" w:rsidR="00C16E84" w:rsidRDefault="00C16E84">
            <w:pPr>
              <w:spacing w:after="0"/>
              <w:rPr>
                <w:color w:val="000000"/>
                <w:sz w:val="20"/>
              </w:rPr>
            </w:pPr>
          </w:p>
          <w:p w14:paraId="61655252" w14:textId="08705C0B" w:rsidR="002C0583" w:rsidRDefault="00000000">
            <w:pPr>
              <w:spacing w:after="0"/>
            </w:pPr>
            <w:r>
              <w:rPr>
                <w:color w:val="000000"/>
                <w:sz w:val="20"/>
              </w:rPr>
              <w:t>__________________</w:t>
            </w:r>
          </w:p>
        </w:tc>
        <w:tc>
          <w:tcPr>
            <w:tcW w:w="3532" w:type="dxa"/>
            <w:shd w:val="clear" w:color="auto" w:fill="E7F0E5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988A92F" w14:textId="77777777" w:rsidR="00C16E84" w:rsidRDefault="00C16E84">
            <w:pPr>
              <w:spacing w:after="0"/>
              <w:rPr>
                <w:color w:val="000000"/>
                <w:sz w:val="20"/>
              </w:rPr>
            </w:pPr>
          </w:p>
          <w:p w14:paraId="0713FC3E" w14:textId="4A9B0E84" w:rsidR="002C0583" w:rsidRDefault="00000000">
            <w:pPr>
              <w:spacing w:after="0"/>
            </w:pPr>
            <w:r>
              <w:rPr>
                <w:color w:val="000000"/>
                <w:sz w:val="20"/>
              </w:rPr>
              <w:t>__________________</w:t>
            </w:r>
          </w:p>
        </w:tc>
        <w:tc>
          <w:tcPr>
            <w:tcW w:w="3532" w:type="dxa"/>
            <w:shd w:val="clear" w:color="auto" w:fill="E7F0E5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4C091F2" w14:textId="77777777" w:rsidR="002C0583" w:rsidRDefault="00000000">
            <w:pPr>
              <w:spacing w:after="0"/>
            </w:pPr>
            <w:r>
              <w:rPr>
                <w:color w:val="000000"/>
                <w:sz w:val="19"/>
              </w:rPr>
              <w:t>müde · wütend · traurig · überrascht</w:t>
            </w:r>
          </w:p>
        </w:tc>
      </w:tr>
    </w:tbl>
    <w:p w14:paraId="685301AF" w14:textId="77777777" w:rsidR="00B6399F" w:rsidRDefault="00B6399F">
      <w:pPr>
        <w:spacing w:after="80"/>
        <w:rPr>
          <w:b/>
          <w:sz w:val="22"/>
          <w:lang w:val="de-DE"/>
        </w:rPr>
      </w:pPr>
    </w:p>
    <w:p w14:paraId="760ABF48" w14:textId="7785EFF2" w:rsidR="002C0583" w:rsidRPr="00B6399F" w:rsidRDefault="00000000">
      <w:pPr>
        <w:spacing w:after="80"/>
        <w:rPr>
          <w:lang w:val="de-DE"/>
        </w:rPr>
      </w:pPr>
      <w:r w:rsidRPr="00B6399F">
        <w:rPr>
          <w:b/>
          <w:sz w:val="22"/>
          <w:lang w:val="de-DE"/>
        </w:rPr>
        <w:t>Aufgabe 2: Formuliere Bens Aussage freundlicher.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96"/>
      </w:tblGrid>
      <w:tr w:rsidR="002C0583" w:rsidRPr="009E0A89" w14:paraId="0F512AD5" w14:textId="77777777">
        <w:trPr>
          <w:jc w:val="center"/>
        </w:trPr>
        <w:tc>
          <w:tcPr>
            <w:tcW w:w="10596" w:type="dxa"/>
            <w:shd w:val="clear" w:color="auto" w:fill="E7F0E5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15592319" w14:textId="77777777" w:rsidR="002C0583" w:rsidRPr="00B6399F" w:rsidRDefault="00000000">
            <w:pPr>
              <w:spacing w:after="80"/>
              <w:rPr>
                <w:lang w:val="de-DE"/>
              </w:rPr>
            </w:pPr>
            <w:r w:rsidRPr="00B6399F">
              <w:rPr>
                <w:b/>
                <w:color w:val="D85B7D"/>
                <w:sz w:val="22"/>
                <w:lang w:val="de-DE"/>
              </w:rPr>
              <w:t>SATZANFÄNGE</w:t>
            </w:r>
          </w:p>
          <w:p w14:paraId="17A425F7" w14:textId="77777777" w:rsidR="002C0583" w:rsidRPr="00B6399F" w:rsidRDefault="00000000">
            <w:pPr>
              <w:spacing w:after="0"/>
              <w:rPr>
                <w:lang w:val="de-DE"/>
              </w:rPr>
            </w:pPr>
            <w:r w:rsidRPr="00B6399F">
              <w:rPr>
                <w:lang w:val="de-DE"/>
              </w:rPr>
              <w:t>Ich fühle mich …   ·   Mich stört …   ·   Ich wünsche mir …   ·   Können wir …?</w:t>
            </w:r>
          </w:p>
        </w:tc>
      </w:tr>
    </w:tbl>
    <w:p w14:paraId="39DD6C92" w14:textId="77777777" w:rsidR="00B6399F" w:rsidRDefault="00B6399F">
      <w:pPr>
        <w:spacing w:after="40"/>
        <w:rPr>
          <w:color w:val="999999"/>
          <w:sz w:val="16"/>
          <w:lang w:val="de-DE"/>
        </w:rPr>
      </w:pPr>
    </w:p>
    <w:p w14:paraId="37E4E666" w14:textId="537490A2" w:rsidR="002C0583" w:rsidRPr="00B6399F" w:rsidRDefault="00000000" w:rsidP="00C16E84">
      <w:pPr>
        <w:spacing w:after="40" w:line="360" w:lineRule="auto"/>
        <w:rPr>
          <w:lang w:val="de-DE"/>
        </w:rPr>
      </w:pPr>
      <w:r w:rsidRPr="00B6399F">
        <w:rPr>
          <w:color w:val="999999"/>
          <w:sz w:val="16"/>
          <w:lang w:val="de-DE"/>
        </w:rPr>
        <w:t>__________________________________________________________________________________</w:t>
      </w:r>
    </w:p>
    <w:p w14:paraId="6367B9A9" w14:textId="77777777" w:rsidR="002C0583" w:rsidRPr="00B6399F" w:rsidRDefault="00000000" w:rsidP="00C16E84">
      <w:pPr>
        <w:spacing w:after="40" w:line="360" w:lineRule="auto"/>
        <w:rPr>
          <w:lang w:val="de-DE"/>
        </w:rPr>
      </w:pPr>
      <w:r w:rsidRPr="00B6399F">
        <w:rPr>
          <w:color w:val="999999"/>
          <w:sz w:val="16"/>
          <w:lang w:val="de-DE"/>
        </w:rPr>
        <w:t>__________________________________________________________________________________</w:t>
      </w:r>
    </w:p>
    <w:p w14:paraId="1D4A63BC" w14:textId="77777777" w:rsidR="002C0583" w:rsidRPr="00B6399F" w:rsidRDefault="00000000" w:rsidP="00C16E84">
      <w:pPr>
        <w:spacing w:after="40" w:line="360" w:lineRule="auto"/>
        <w:rPr>
          <w:lang w:val="de-DE"/>
        </w:rPr>
      </w:pPr>
      <w:r w:rsidRPr="00B6399F">
        <w:rPr>
          <w:color w:val="999999"/>
          <w:sz w:val="16"/>
          <w:lang w:val="de-DE"/>
        </w:rPr>
        <w:t>__________________________________________________________________________________</w:t>
      </w:r>
    </w:p>
    <w:p w14:paraId="49E0E6E2" w14:textId="77777777" w:rsidR="002C0583" w:rsidRPr="00B6399F" w:rsidRDefault="00000000" w:rsidP="00C16E84">
      <w:pPr>
        <w:spacing w:after="40" w:line="360" w:lineRule="auto"/>
        <w:rPr>
          <w:lang w:val="de-DE"/>
        </w:rPr>
      </w:pPr>
      <w:r w:rsidRPr="00B6399F">
        <w:rPr>
          <w:color w:val="999999"/>
          <w:sz w:val="16"/>
          <w:lang w:val="de-DE"/>
        </w:rPr>
        <w:t>__________________________________________________________________________________</w:t>
      </w:r>
    </w:p>
    <w:p w14:paraId="18D2F4DD" w14:textId="77777777" w:rsidR="00B6399F" w:rsidRDefault="00B6399F">
      <w:pPr>
        <w:spacing w:after="80"/>
        <w:rPr>
          <w:b/>
          <w:sz w:val="22"/>
          <w:lang w:val="de-DE"/>
        </w:rPr>
      </w:pPr>
    </w:p>
    <w:p w14:paraId="54063FCC" w14:textId="7E9AEF15" w:rsidR="002C0583" w:rsidRPr="00B6399F" w:rsidRDefault="00000000">
      <w:pPr>
        <w:spacing w:after="80"/>
        <w:rPr>
          <w:lang w:val="de-DE"/>
        </w:rPr>
      </w:pPr>
      <w:r w:rsidRPr="00B6399F">
        <w:rPr>
          <w:b/>
          <w:sz w:val="22"/>
          <w:lang w:val="de-DE"/>
        </w:rPr>
        <w:t>Aufgabe 3: Führt ein kurzes WG-Gespräch.</w:t>
      </w:r>
    </w:p>
    <w:p w14:paraId="0ECA4AD5" w14:textId="77777777" w:rsidR="002C0583" w:rsidRPr="00B6399F" w:rsidRDefault="00000000">
      <w:pPr>
        <w:spacing w:after="60"/>
        <w:rPr>
          <w:lang w:val="de-DE"/>
        </w:rPr>
      </w:pPr>
      <w:r w:rsidRPr="00B6399F">
        <w:rPr>
          <w:lang w:val="de-DE"/>
        </w:rPr>
        <w:t>☐  Eine Person erklärt das Problem.</w:t>
      </w:r>
    </w:p>
    <w:p w14:paraId="01A57911" w14:textId="77777777" w:rsidR="002C0583" w:rsidRPr="00B6399F" w:rsidRDefault="00000000">
      <w:pPr>
        <w:spacing w:after="60"/>
        <w:rPr>
          <w:lang w:val="de-DE"/>
        </w:rPr>
      </w:pPr>
      <w:r w:rsidRPr="00B6399F">
        <w:rPr>
          <w:lang w:val="de-DE"/>
        </w:rPr>
        <w:t>☐  Die andere Person hört zu.</w:t>
      </w:r>
    </w:p>
    <w:p w14:paraId="442230AE" w14:textId="77777777" w:rsidR="002C0583" w:rsidRPr="00B6399F" w:rsidRDefault="00000000">
      <w:pPr>
        <w:spacing w:after="60"/>
        <w:rPr>
          <w:lang w:val="de-DE"/>
        </w:rPr>
      </w:pPr>
      <w:r w:rsidRPr="00B6399F">
        <w:rPr>
          <w:lang w:val="de-DE"/>
        </w:rPr>
        <w:t>☐  Beide machen einen Vorschlag.</w:t>
      </w:r>
    </w:p>
    <w:p w14:paraId="6EB26331" w14:textId="77777777" w:rsidR="002C0583" w:rsidRPr="00B6399F" w:rsidRDefault="00000000">
      <w:pPr>
        <w:spacing w:after="60"/>
        <w:rPr>
          <w:lang w:val="de-DE"/>
        </w:rPr>
      </w:pPr>
      <w:r w:rsidRPr="00B6399F">
        <w:rPr>
          <w:lang w:val="de-DE"/>
        </w:rPr>
        <w:t>☐  Am Ende finden sie eine Lösung.</w:t>
      </w:r>
    </w:p>
    <w:p w14:paraId="4C944E41" w14:textId="77777777" w:rsidR="002C0583" w:rsidRDefault="00000000">
      <w:pPr>
        <w:spacing w:before="120" w:after="60"/>
        <w:rPr>
          <w:b/>
          <w:color w:val="D85B7D"/>
          <w:sz w:val="24"/>
          <w:lang w:val="de-DE"/>
        </w:rPr>
      </w:pPr>
      <w:r w:rsidRPr="00C16E84">
        <w:rPr>
          <w:b/>
          <w:color w:val="D85B7D"/>
          <w:sz w:val="24"/>
          <w:lang w:val="de-DE"/>
        </w:rPr>
        <w:t>Unsere Lösung</w:t>
      </w:r>
    </w:p>
    <w:p w14:paraId="3048C8C8" w14:textId="77777777" w:rsidR="00C16E84" w:rsidRPr="00C16E84" w:rsidRDefault="00C16E84">
      <w:pPr>
        <w:spacing w:before="120" w:after="60"/>
        <w:rPr>
          <w:lang w:val="de-DE"/>
        </w:rPr>
      </w:pPr>
    </w:p>
    <w:p w14:paraId="708AEC67" w14:textId="77777777" w:rsidR="002C0583" w:rsidRPr="00C16E84" w:rsidRDefault="00000000" w:rsidP="00C16E84">
      <w:pPr>
        <w:spacing w:after="40" w:line="360" w:lineRule="auto"/>
        <w:rPr>
          <w:lang w:val="de-DE"/>
        </w:rPr>
      </w:pPr>
      <w:r w:rsidRPr="00C16E84">
        <w:rPr>
          <w:color w:val="999999"/>
          <w:sz w:val="16"/>
          <w:lang w:val="de-DE"/>
        </w:rPr>
        <w:t>__________________________________________________________________________________</w:t>
      </w:r>
    </w:p>
    <w:p w14:paraId="1C9C0EA0" w14:textId="77777777" w:rsidR="002C0583" w:rsidRPr="00C16E84" w:rsidRDefault="00000000" w:rsidP="00C16E84">
      <w:pPr>
        <w:spacing w:after="40" w:line="360" w:lineRule="auto"/>
        <w:rPr>
          <w:lang w:val="de-DE"/>
        </w:rPr>
      </w:pPr>
      <w:r w:rsidRPr="00C16E84">
        <w:rPr>
          <w:color w:val="999999"/>
          <w:sz w:val="16"/>
          <w:lang w:val="de-DE"/>
        </w:rPr>
        <w:t>__________________________________________________________________________________</w:t>
      </w:r>
    </w:p>
    <w:p w14:paraId="29E9D67C" w14:textId="77777777" w:rsidR="002C0583" w:rsidRPr="00C16E84" w:rsidRDefault="00000000" w:rsidP="00C16E84">
      <w:pPr>
        <w:spacing w:after="40" w:line="360" w:lineRule="auto"/>
        <w:rPr>
          <w:lang w:val="de-DE"/>
        </w:rPr>
      </w:pPr>
      <w:r w:rsidRPr="00C16E84">
        <w:rPr>
          <w:color w:val="999999"/>
          <w:sz w:val="16"/>
          <w:lang w:val="de-DE"/>
        </w:rPr>
        <w:t>__________________________________________________________________________________</w:t>
      </w:r>
    </w:p>
    <w:p w14:paraId="259F013E" w14:textId="77777777" w:rsidR="003A394F" w:rsidRPr="00C16E84" w:rsidRDefault="003A394F" w:rsidP="00C16E84">
      <w:pPr>
        <w:spacing w:after="40" w:line="360" w:lineRule="auto"/>
        <w:rPr>
          <w:lang w:val="de-DE"/>
        </w:rPr>
      </w:pPr>
      <w:r w:rsidRPr="00C16E84">
        <w:rPr>
          <w:color w:val="999999"/>
          <w:sz w:val="16"/>
          <w:lang w:val="de-DE"/>
        </w:rPr>
        <w:t>__________________________________________________________________________________</w:t>
      </w:r>
    </w:p>
    <w:p w14:paraId="5FFF7C57" w14:textId="77777777" w:rsidR="003A394F" w:rsidRPr="00C16E84" w:rsidRDefault="003A394F" w:rsidP="00C16E84">
      <w:pPr>
        <w:spacing w:after="40" w:line="360" w:lineRule="auto"/>
        <w:rPr>
          <w:lang w:val="de-DE"/>
        </w:rPr>
      </w:pPr>
      <w:r w:rsidRPr="00C16E84">
        <w:rPr>
          <w:color w:val="999999"/>
          <w:sz w:val="16"/>
          <w:lang w:val="de-DE"/>
        </w:rPr>
        <w:t>__________________________________________________________________________________</w:t>
      </w:r>
    </w:p>
    <w:p w14:paraId="27C0FF13" w14:textId="77777777" w:rsidR="002C0583" w:rsidRPr="00B6399F" w:rsidRDefault="00000000">
      <w:pPr>
        <w:rPr>
          <w:lang w:val="de-DE"/>
        </w:rPr>
      </w:pPr>
      <w:r w:rsidRPr="00B6399F">
        <w:rPr>
          <w:lang w:val="de-DE"/>
        </w:rPr>
        <w:br w:type="page"/>
      </w:r>
    </w:p>
    <w:p w14:paraId="32064914" w14:textId="77777777" w:rsidR="002C0583" w:rsidRPr="00B6399F" w:rsidRDefault="00000000">
      <w:pPr>
        <w:spacing w:after="40"/>
        <w:rPr>
          <w:lang w:val="de-DE"/>
        </w:rPr>
      </w:pPr>
      <w:r w:rsidRPr="00B6399F">
        <w:rPr>
          <w:rFonts w:ascii="Aptos Display" w:hAnsi="Aptos Display"/>
          <w:b/>
          <w:color w:val="174C2C"/>
          <w:sz w:val="42"/>
          <w:lang w:val="de-DE"/>
        </w:rPr>
        <w:t>5  Eine Nachricht schreiben</w:t>
      </w:r>
    </w:p>
    <w:p w14:paraId="362E618D" w14:textId="77777777" w:rsidR="002C0583" w:rsidRPr="00B6399F" w:rsidRDefault="00000000">
      <w:pPr>
        <w:spacing w:after="140"/>
        <w:rPr>
          <w:lang w:val="de-DE"/>
        </w:rPr>
      </w:pPr>
      <w:r w:rsidRPr="00B6399F">
        <w:rPr>
          <w:color w:val="666666"/>
          <w:sz w:val="22"/>
          <w:lang w:val="de-DE"/>
        </w:rPr>
        <w:t>Kurz und verständlich informieren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96"/>
      </w:tblGrid>
      <w:tr w:rsidR="002C0583" w14:paraId="0A919375" w14:textId="77777777">
        <w:trPr>
          <w:jc w:val="center"/>
        </w:trPr>
        <w:tc>
          <w:tcPr>
            <w:tcW w:w="10596" w:type="dxa"/>
            <w:shd w:val="clear" w:color="auto" w:fill="E7F0E5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2C613D88" w14:textId="77777777" w:rsidR="002C0583" w:rsidRPr="00B6399F" w:rsidRDefault="00000000">
            <w:pPr>
              <w:spacing w:after="80"/>
              <w:rPr>
                <w:lang w:val="de-DE"/>
              </w:rPr>
            </w:pPr>
            <w:r w:rsidRPr="00B6399F">
              <w:rPr>
                <w:b/>
                <w:color w:val="D85B7D"/>
                <w:sz w:val="22"/>
                <w:lang w:val="de-DE"/>
              </w:rPr>
              <w:t>MIA SCHREIBT DER WG</w:t>
            </w:r>
          </w:p>
          <w:p w14:paraId="2982660C" w14:textId="77777777" w:rsidR="002C0583" w:rsidRDefault="00000000">
            <w:pPr>
              <w:spacing w:after="0"/>
            </w:pPr>
            <w:r w:rsidRPr="00B6399F">
              <w:rPr>
                <w:lang w:val="de-DE"/>
              </w:rPr>
              <w:t xml:space="preserve">Mia kommt um 19 Uhr. Sie kauft Brot und Milch. Die anderen sollen schon essen. </w:t>
            </w:r>
            <w:r>
              <w:t>Sie freut sich auf den gemeinsamen Abend.</w:t>
            </w:r>
          </w:p>
        </w:tc>
      </w:tr>
    </w:tbl>
    <w:p w14:paraId="0DD2B2B8" w14:textId="77777777" w:rsidR="002C0583" w:rsidRDefault="00000000">
      <w:pPr>
        <w:spacing w:after="80"/>
      </w:pPr>
      <w:r>
        <w:rPr>
          <w:b/>
          <w:sz w:val="22"/>
        </w:rPr>
        <w:t>Ergänze Mias Nachricht.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96"/>
      </w:tblGrid>
      <w:tr w:rsidR="002C0583" w14:paraId="21EA825A" w14:textId="77777777">
        <w:trPr>
          <w:jc w:val="center"/>
        </w:trPr>
        <w:tc>
          <w:tcPr>
            <w:tcW w:w="10596" w:type="dxa"/>
            <w:shd w:val="clear" w:color="auto" w:fill="FBE7ED"/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671EEDB2" w14:textId="77777777" w:rsidR="002C0583" w:rsidRPr="00B6399F" w:rsidRDefault="00000000">
            <w:pPr>
              <w:spacing w:after="100"/>
              <w:rPr>
                <w:lang w:val="de-DE"/>
              </w:rPr>
            </w:pPr>
            <w:r w:rsidRPr="00B6399F">
              <w:rPr>
                <w:sz w:val="22"/>
                <w:lang w:val="de-DE"/>
              </w:rPr>
              <w:t>Hallo zusammen,</w:t>
            </w:r>
          </w:p>
          <w:p w14:paraId="2891AFFD" w14:textId="77777777" w:rsidR="002C0583" w:rsidRPr="00B6399F" w:rsidRDefault="002C0583">
            <w:pPr>
              <w:spacing w:after="100"/>
              <w:rPr>
                <w:lang w:val="de-DE"/>
              </w:rPr>
            </w:pPr>
          </w:p>
          <w:p w14:paraId="78194D15" w14:textId="77777777" w:rsidR="002C0583" w:rsidRPr="00B6399F" w:rsidRDefault="00000000">
            <w:pPr>
              <w:spacing w:after="100"/>
              <w:rPr>
                <w:lang w:val="de-DE"/>
              </w:rPr>
            </w:pPr>
            <w:r w:rsidRPr="00B6399F">
              <w:rPr>
                <w:sz w:val="22"/>
                <w:lang w:val="de-DE"/>
              </w:rPr>
              <w:t>ich komme heute um __________ Uhr.</w:t>
            </w:r>
          </w:p>
          <w:p w14:paraId="7DAF061A" w14:textId="77777777" w:rsidR="002C0583" w:rsidRPr="00B6399F" w:rsidRDefault="00000000">
            <w:pPr>
              <w:spacing w:after="100"/>
              <w:rPr>
                <w:lang w:val="de-DE"/>
              </w:rPr>
            </w:pPr>
            <w:r w:rsidRPr="00B6399F">
              <w:rPr>
                <w:sz w:val="22"/>
                <w:lang w:val="de-DE"/>
              </w:rPr>
              <w:t>Ich kaufe ______________________________.</w:t>
            </w:r>
          </w:p>
          <w:p w14:paraId="3E8A0DCE" w14:textId="77777777" w:rsidR="002C0583" w:rsidRPr="00B6399F" w:rsidRDefault="00000000">
            <w:pPr>
              <w:spacing w:after="100"/>
              <w:rPr>
                <w:lang w:val="de-DE"/>
              </w:rPr>
            </w:pPr>
            <w:r w:rsidRPr="00B6399F">
              <w:rPr>
                <w:sz w:val="22"/>
                <w:lang w:val="de-DE"/>
              </w:rPr>
              <w:t>Ihr könnt schon ________________________.</w:t>
            </w:r>
          </w:p>
          <w:p w14:paraId="51406323" w14:textId="77777777" w:rsidR="002C0583" w:rsidRPr="00B6399F" w:rsidRDefault="00000000">
            <w:pPr>
              <w:spacing w:after="100"/>
              <w:rPr>
                <w:lang w:val="de-DE"/>
              </w:rPr>
            </w:pPr>
            <w:r w:rsidRPr="00B6399F">
              <w:rPr>
                <w:sz w:val="22"/>
                <w:lang w:val="de-DE"/>
              </w:rPr>
              <w:t>Ich freue mich auf ______________________.</w:t>
            </w:r>
          </w:p>
          <w:p w14:paraId="2E28249C" w14:textId="77777777" w:rsidR="002C0583" w:rsidRPr="00B6399F" w:rsidRDefault="002C0583">
            <w:pPr>
              <w:spacing w:after="100"/>
              <w:rPr>
                <w:lang w:val="de-DE"/>
              </w:rPr>
            </w:pPr>
          </w:p>
          <w:p w14:paraId="551147EB" w14:textId="77777777" w:rsidR="002C0583" w:rsidRPr="00B6399F" w:rsidRDefault="00000000">
            <w:pPr>
              <w:spacing w:after="100"/>
              <w:rPr>
                <w:lang w:val="de-DE"/>
              </w:rPr>
            </w:pPr>
            <w:r w:rsidRPr="00B6399F">
              <w:rPr>
                <w:sz w:val="22"/>
                <w:lang w:val="de-DE"/>
              </w:rPr>
              <w:t>Bis später!</w:t>
            </w:r>
          </w:p>
          <w:p w14:paraId="1300D4A5" w14:textId="77777777" w:rsidR="002C0583" w:rsidRDefault="00000000">
            <w:pPr>
              <w:spacing w:after="100"/>
            </w:pPr>
            <w:r>
              <w:rPr>
                <w:sz w:val="22"/>
              </w:rPr>
              <w:t>Eure __________________</w:t>
            </w:r>
          </w:p>
        </w:tc>
      </w:tr>
    </w:tbl>
    <w:p w14:paraId="3C978A51" w14:textId="77777777" w:rsidR="002C0583" w:rsidRPr="00B6399F" w:rsidRDefault="00000000">
      <w:pPr>
        <w:spacing w:before="120" w:after="60"/>
        <w:rPr>
          <w:lang w:val="de-DE"/>
        </w:rPr>
      </w:pPr>
      <w:r w:rsidRPr="00B6399F">
        <w:rPr>
          <w:b/>
          <w:color w:val="D85B7D"/>
          <w:sz w:val="24"/>
          <w:lang w:val="de-DE"/>
        </w:rPr>
        <w:t>Zusatz: Schreibe selbst eine kurze Nachricht an die WG</w:t>
      </w:r>
    </w:p>
    <w:p w14:paraId="3E38F602" w14:textId="77777777" w:rsidR="003A394F" w:rsidRPr="00C16E84" w:rsidRDefault="003A394F" w:rsidP="003A394F">
      <w:pPr>
        <w:spacing w:after="40"/>
        <w:rPr>
          <w:lang w:val="de-DE"/>
        </w:rPr>
      </w:pPr>
      <w:r w:rsidRPr="00C16E84">
        <w:rPr>
          <w:color w:val="999999"/>
          <w:sz w:val="16"/>
          <w:lang w:val="de-DE"/>
        </w:rPr>
        <w:t>__________________________________________________________________________________</w:t>
      </w:r>
    </w:p>
    <w:p w14:paraId="2A426FF6" w14:textId="77777777" w:rsidR="003A394F" w:rsidRPr="00C16E84" w:rsidRDefault="003A394F" w:rsidP="003A394F">
      <w:pPr>
        <w:spacing w:after="40"/>
        <w:rPr>
          <w:lang w:val="de-DE"/>
        </w:rPr>
      </w:pPr>
      <w:r w:rsidRPr="00C16E84">
        <w:rPr>
          <w:color w:val="999999"/>
          <w:sz w:val="16"/>
          <w:lang w:val="de-DE"/>
        </w:rPr>
        <w:t>__________________________________________________________________________________</w:t>
      </w:r>
    </w:p>
    <w:p w14:paraId="51CE03E9" w14:textId="77777777" w:rsidR="003A394F" w:rsidRPr="00C16E84" w:rsidRDefault="003A394F" w:rsidP="003A394F">
      <w:pPr>
        <w:spacing w:after="40"/>
        <w:rPr>
          <w:lang w:val="de-DE"/>
        </w:rPr>
      </w:pPr>
      <w:r w:rsidRPr="00C16E84">
        <w:rPr>
          <w:color w:val="999999"/>
          <w:sz w:val="16"/>
          <w:lang w:val="de-DE"/>
        </w:rPr>
        <w:t>__________________________________________________________________________________</w:t>
      </w:r>
    </w:p>
    <w:p w14:paraId="1CA2142E" w14:textId="77777777" w:rsidR="002C0583" w:rsidRPr="00B6399F" w:rsidRDefault="00000000">
      <w:pPr>
        <w:spacing w:after="40"/>
        <w:rPr>
          <w:lang w:val="de-DE"/>
        </w:rPr>
      </w:pPr>
      <w:r w:rsidRPr="00B6399F">
        <w:rPr>
          <w:color w:val="999999"/>
          <w:sz w:val="16"/>
          <w:lang w:val="de-DE"/>
        </w:rPr>
        <w:t>__________________________________________________________________________________</w:t>
      </w:r>
    </w:p>
    <w:p w14:paraId="10ECD885" w14:textId="77777777" w:rsidR="002C0583" w:rsidRPr="00B6399F" w:rsidRDefault="00000000">
      <w:pPr>
        <w:spacing w:after="40"/>
        <w:rPr>
          <w:lang w:val="de-DE"/>
        </w:rPr>
      </w:pPr>
      <w:r w:rsidRPr="00B6399F">
        <w:rPr>
          <w:color w:val="999999"/>
          <w:sz w:val="16"/>
          <w:lang w:val="de-DE"/>
        </w:rPr>
        <w:t>__________________________________________________________________________________</w:t>
      </w:r>
    </w:p>
    <w:p w14:paraId="693B1572" w14:textId="77777777" w:rsidR="002C0583" w:rsidRPr="00B6399F" w:rsidRDefault="00000000">
      <w:pPr>
        <w:spacing w:after="40"/>
        <w:rPr>
          <w:lang w:val="de-DE"/>
        </w:rPr>
      </w:pPr>
      <w:r w:rsidRPr="00B6399F">
        <w:rPr>
          <w:color w:val="999999"/>
          <w:sz w:val="16"/>
          <w:lang w:val="de-DE"/>
        </w:rPr>
        <w:t>__________________________________________________________________________________</w:t>
      </w:r>
    </w:p>
    <w:p w14:paraId="1AB299EC" w14:textId="77777777" w:rsidR="002C0583" w:rsidRPr="00B6399F" w:rsidRDefault="00000000">
      <w:pPr>
        <w:spacing w:after="40"/>
        <w:rPr>
          <w:lang w:val="de-DE"/>
        </w:rPr>
      </w:pPr>
      <w:r w:rsidRPr="00B6399F">
        <w:rPr>
          <w:color w:val="999999"/>
          <w:sz w:val="16"/>
          <w:lang w:val="de-DE"/>
        </w:rPr>
        <w:t>__________________________________________________________________________________</w:t>
      </w:r>
    </w:p>
    <w:p w14:paraId="50C7AE9A" w14:textId="77777777" w:rsidR="002C0583" w:rsidRPr="00B6399F" w:rsidRDefault="00000000">
      <w:pPr>
        <w:spacing w:after="40"/>
        <w:rPr>
          <w:lang w:val="de-DE"/>
        </w:rPr>
      </w:pPr>
      <w:r w:rsidRPr="00B6399F">
        <w:rPr>
          <w:color w:val="999999"/>
          <w:sz w:val="16"/>
          <w:lang w:val="de-DE"/>
        </w:rPr>
        <w:t>__________________________________________________________________________________</w:t>
      </w:r>
    </w:p>
    <w:p w14:paraId="178228CF" w14:textId="77777777" w:rsidR="002C0583" w:rsidRPr="00B6399F" w:rsidRDefault="00000000">
      <w:pPr>
        <w:spacing w:after="40"/>
        <w:rPr>
          <w:lang w:val="de-DE"/>
        </w:rPr>
      </w:pPr>
      <w:r w:rsidRPr="00B6399F">
        <w:rPr>
          <w:color w:val="999999"/>
          <w:sz w:val="16"/>
          <w:lang w:val="de-DE"/>
        </w:rPr>
        <w:t>__________________________________________________________________________________</w:t>
      </w:r>
    </w:p>
    <w:p w14:paraId="77643F06" w14:textId="77777777" w:rsidR="002C0583" w:rsidRDefault="00000000">
      <w:pPr>
        <w:spacing w:after="40"/>
        <w:rPr>
          <w:color w:val="999999"/>
          <w:sz w:val="16"/>
          <w:lang w:val="de-DE"/>
        </w:rPr>
      </w:pPr>
      <w:r w:rsidRPr="00B6399F">
        <w:rPr>
          <w:color w:val="999999"/>
          <w:sz w:val="16"/>
          <w:lang w:val="de-DE"/>
        </w:rPr>
        <w:t>__________________________________________________________________________________</w:t>
      </w:r>
    </w:p>
    <w:p w14:paraId="3FC4EFFB" w14:textId="77777777" w:rsidR="003A394F" w:rsidRPr="00B6399F" w:rsidRDefault="003A394F">
      <w:pPr>
        <w:spacing w:after="40"/>
        <w:rPr>
          <w:lang w:val="de-DE"/>
        </w:rPr>
      </w:pPr>
    </w:p>
    <w:p w14:paraId="5BD2C15D" w14:textId="77777777" w:rsidR="002C0583" w:rsidRPr="00B6399F" w:rsidRDefault="00000000">
      <w:pPr>
        <w:spacing w:before="120" w:after="60"/>
        <w:rPr>
          <w:lang w:val="de-DE"/>
        </w:rPr>
      </w:pPr>
      <w:r w:rsidRPr="00B6399F">
        <w:rPr>
          <w:b/>
          <w:color w:val="D85B7D"/>
          <w:sz w:val="24"/>
          <w:lang w:val="de-DE"/>
        </w:rPr>
        <w:t>Mein Beitrag zum WG-Handbuch</w:t>
      </w:r>
    </w:p>
    <w:p w14:paraId="3F50F41D" w14:textId="77777777" w:rsidR="002C0583" w:rsidRPr="00B6399F" w:rsidRDefault="00000000">
      <w:pPr>
        <w:spacing w:after="60"/>
        <w:rPr>
          <w:lang w:val="de-DE"/>
        </w:rPr>
      </w:pPr>
      <w:r w:rsidRPr="00B6399F">
        <w:rPr>
          <w:lang w:val="de-DE"/>
        </w:rPr>
        <w:t>☐  ein beschrifteter Raum oder Grundriss</w:t>
      </w:r>
    </w:p>
    <w:p w14:paraId="1FB1C285" w14:textId="77777777" w:rsidR="002C0583" w:rsidRPr="00B6399F" w:rsidRDefault="00000000">
      <w:pPr>
        <w:spacing w:after="60"/>
        <w:rPr>
          <w:lang w:val="de-DE"/>
        </w:rPr>
      </w:pPr>
      <w:r w:rsidRPr="00B6399F">
        <w:rPr>
          <w:lang w:val="de-DE"/>
        </w:rPr>
        <w:t>☐  eine Zimmerbeschreibung</w:t>
      </w:r>
    </w:p>
    <w:p w14:paraId="018034D3" w14:textId="77777777" w:rsidR="002C0583" w:rsidRPr="00B6399F" w:rsidRDefault="00000000">
      <w:pPr>
        <w:spacing w:after="60"/>
        <w:rPr>
          <w:lang w:val="de-DE"/>
        </w:rPr>
      </w:pPr>
      <w:r w:rsidRPr="00B6399F">
        <w:rPr>
          <w:lang w:val="de-DE"/>
        </w:rPr>
        <w:t>☐  eine WG-Regel</w:t>
      </w:r>
    </w:p>
    <w:p w14:paraId="2E772139" w14:textId="77777777" w:rsidR="002C0583" w:rsidRPr="00B6399F" w:rsidRDefault="00000000">
      <w:pPr>
        <w:spacing w:after="60"/>
        <w:rPr>
          <w:lang w:val="de-DE"/>
        </w:rPr>
      </w:pPr>
      <w:r w:rsidRPr="00B6399F">
        <w:rPr>
          <w:lang w:val="de-DE"/>
        </w:rPr>
        <w:t>☐  eine Nachricht</w:t>
      </w:r>
    </w:p>
    <w:p w14:paraId="2B4265BF" w14:textId="77777777" w:rsidR="002C0583" w:rsidRPr="00B6399F" w:rsidRDefault="00000000">
      <w:pPr>
        <w:spacing w:after="60"/>
        <w:rPr>
          <w:lang w:val="de-DE"/>
        </w:rPr>
      </w:pPr>
      <w:r w:rsidRPr="00B6399F">
        <w:rPr>
          <w:lang w:val="de-DE"/>
        </w:rPr>
        <w:t>☐  eine Lösung für einen Streit</w:t>
      </w:r>
    </w:p>
    <w:p w14:paraId="2D460DCB" w14:textId="77777777" w:rsidR="002C0583" w:rsidRPr="00B6399F" w:rsidRDefault="00000000">
      <w:pPr>
        <w:rPr>
          <w:lang w:val="de-DE"/>
        </w:rPr>
      </w:pPr>
      <w:r w:rsidRPr="00B6399F">
        <w:rPr>
          <w:lang w:val="de-DE"/>
        </w:rPr>
        <w:br w:type="page"/>
      </w:r>
    </w:p>
    <w:p w14:paraId="738BE5D2" w14:textId="77777777" w:rsidR="002C0583" w:rsidRPr="00B6399F" w:rsidRDefault="00000000">
      <w:pPr>
        <w:spacing w:after="40"/>
        <w:rPr>
          <w:lang w:val="de-DE"/>
        </w:rPr>
      </w:pPr>
      <w:r w:rsidRPr="00B6399F">
        <w:rPr>
          <w:rFonts w:ascii="Aptos Display" w:hAnsi="Aptos Display"/>
          <w:b/>
          <w:color w:val="174C2C"/>
          <w:sz w:val="42"/>
          <w:lang w:val="de-DE"/>
        </w:rPr>
        <w:t>6  Unser WG-Handbuch</w:t>
      </w:r>
    </w:p>
    <w:p w14:paraId="58FC8CE8" w14:textId="77777777" w:rsidR="002C0583" w:rsidRDefault="00000000">
      <w:pPr>
        <w:spacing w:after="140"/>
      </w:pPr>
      <w:r>
        <w:rPr>
          <w:color w:val="666666"/>
          <w:sz w:val="22"/>
        </w:rPr>
        <w:t>Gemeinsam gestalten · zeigen · vorstellen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96"/>
      </w:tblGrid>
      <w:tr w:rsidR="002C0583" w:rsidRPr="009E0A89" w14:paraId="1F4AAACE" w14:textId="77777777">
        <w:trPr>
          <w:jc w:val="center"/>
        </w:trPr>
        <w:tc>
          <w:tcPr>
            <w:tcW w:w="10596" w:type="dxa"/>
            <w:shd w:val="clear" w:color="auto" w:fill="FBE7ED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6BB679D1" w14:textId="77777777" w:rsidR="002C0583" w:rsidRPr="00B6399F" w:rsidRDefault="00000000">
            <w:pPr>
              <w:spacing w:after="80"/>
              <w:rPr>
                <w:lang w:val="de-DE"/>
              </w:rPr>
            </w:pPr>
            <w:r w:rsidRPr="00B6399F">
              <w:rPr>
                <w:b/>
                <w:color w:val="D85B7D"/>
                <w:sz w:val="22"/>
                <w:lang w:val="de-DE"/>
              </w:rPr>
              <w:t>UNSER ERGEBNIS</w:t>
            </w:r>
          </w:p>
          <w:p w14:paraId="526C4973" w14:textId="77777777" w:rsidR="002C0583" w:rsidRPr="00B6399F" w:rsidRDefault="00000000">
            <w:pPr>
              <w:spacing w:after="0"/>
              <w:rPr>
                <w:lang w:val="de-DE"/>
              </w:rPr>
            </w:pPr>
            <w:r w:rsidRPr="00B6399F">
              <w:rPr>
                <w:lang w:val="de-DE"/>
              </w:rPr>
              <w:t>Gestaltet aus euren besten Aufgaben ein kleines WG-Handbuch. Ihr dürft schreiben, Wörter einkleben, Bilder malen, Symbole benutzen, einen Text diktieren oder eine Sprachnachricht aufnehmen.</w:t>
            </w:r>
          </w:p>
        </w:tc>
      </w:tr>
    </w:tbl>
    <w:p w14:paraId="0E875524" w14:textId="77777777" w:rsidR="002C0583" w:rsidRPr="00B6399F" w:rsidRDefault="00000000">
      <w:pPr>
        <w:spacing w:before="120" w:after="60"/>
        <w:rPr>
          <w:lang w:val="de-DE"/>
        </w:rPr>
      </w:pPr>
      <w:r w:rsidRPr="00B6399F">
        <w:rPr>
          <w:b/>
          <w:color w:val="D85B7D"/>
          <w:sz w:val="24"/>
          <w:lang w:val="de-DE"/>
        </w:rPr>
        <w:t>Das kommt in unser Handbuch</w:t>
      </w:r>
    </w:p>
    <w:p w14:paraId="78D9F14F" w14:textId="77777777" w:rsidR="002C0583" w:rsidRPr="00B6399F" w:rsidRDefault="00000000">
      <w:pPr>
        <w:spacing w:after="60"/>
        <w:rPr>
          <w:lang w:val="de-DE"/>
        </w:rPr>
      </w:pPr>
      <w:r w:rsidRPr="00B6399F">
        <w:rPr>
          <w:lang w:val="de-DE"/>
        </w:rPr>
        <w:t>☐  ein Grundriss mit den Namen der Räume</w:t>
      </w:r>
    </w:p>
    <w:p w14:paraId="5C0B5C7B" w14:textId="77777777" w:rsidR="002C0583" w:rsidRPr="00B6399F" w:rsidRDefault="00000000">
      <w:pPr>
        <w:spacing w:after="60"/>
        <w:rPr>
          <w:lang w:val="de-DE"/>
        </w:rPr>
      </w:pPr>
      <w:r w:rsidRPr="00B6399F">
        <w:rPr>
          <w:lang w:val="de-DE"/>
        </w:rPr>
        <w:t>☐  eine Zimmerbeschreibung</w:t>
      </w:r>
    </w:p>
    <w:p w14:paraId="3AE7D365" w14:textId="77777777" w:rsidR="002C0583" w:rsidRPr="00B6399F" w:rsidRDefault="00000000">
      <w:pPr>
        <w:spacing w:after="60"/>
        <w:rPr>
          <w:lang w:val="de-DE"/>
        </w:rPr>
      </w:pPr>
      <w:r w:rsidRPr="00B6399F">
        <w:rPr>
          <w:lang w:val="de-DE"/>
        </w:rPr>
        <w:t>☐  mindestens vier WG-Regeln</w:t>
      </w:r>
    </w:p>
    <w:p w14:paraId="6AA59511" w14:textId="77777777" w:rsidR="002C0583" w:rsidRPr="00B6399F" w:rsidRDefault="00000000">
      <w:pPr>
        <w:spacing w:after="60"/>
        <w:rPr>
          <w:lang w:val="de-DE"/>
        </w:rPr>
      </w:pPr>
      <w:r w:rsidRPr="00B6399F">
        <w:rPr>
          <w:lang w:val="de-DE"/>
        </w:rPr>
        <w:t>☐  eine Nachricht</w:t>
      </w:r>
    </w:p>
    <w:p w14:paraId="6D54A309" w14:textId="77777777" w:rsidR="002C0583" w:rsidRPr="00B6399F" w:rsidRDefault="00000000">
      <w:pPr>
        <w:spacing w:after="60"/>
        <w:rPr>
          <w:lang w:val="de-DE"/>
        </w:rPr>
      </w:pPr>
      <w:r w:rsidRPr="00B6399F">
        <w:rPr>
          <w:lang w:val="de-DE"/>
        </w:rPr>
        <w:t>☐  eine gute Lösung für einen WG-Streit</w:t>
      </w:r>
    </w:p>
    <w:p w14:paraId="62FF85C1" w14:textId="77777777" w:rsidR="002C0583" w:rsidRDefault="00000000">
      <w:pPr>
        <w:spacing w:before="120" w:after="60"/>
      </w:pPr>
      <w:r>
        <w:rPr>
          <w:b/>
          <w:color w:val="D85B7D"/>
          <w:sz w:val="24"/>
        </w:rPr>
        <w:t>Meine Kann-Liste</w:t>
      </w:r>
    </w:p>
    <w:tbl>
      <w:tblPr>
        <w:tblpPr w:leftFromText="180" w:rightFromText="180" w:vertAnchor="page" w:horzAnchor="margin" w:tblpY="7134"/>
        <w:tblW w:w="9737" w:type="dxa"/>
        <w:tblLayout w:type="fixed"/>
        <w:tblLook w:val="04A0" w:firstRow="1" w:lastRow="0" w:firstColumn="1" w:lastColumn="0" w:noHBand="0" w:noVBand="1"/>
      </w:tblPr>
      <w:tblGrid>
        <w:gridCol w:w="4532"/>
        <w:gridCol w:w="1735"/>
        <w:gridCol w:w="1735"/>
        <w:gridCol w:w="1735"/>
      </w:tblGrid>
      <w:tr w:rsidR="00B6399F" w14:paraId="4347FD3B" w14:textId="77777777" w:rsidTr="003A394F">
        <w:trPr>
          <w:trHeight w:val="217"/>
        </w:trPr>
        <w:tc>
          <w:tcPr>
            <w:tcW w:w="4532" w:type="dxa"/>
            <w:shd w:val="clear" w:color="auto" w:fill="174C2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20A0A2" w14:textId="77777777" w:rsidR="00B6399F" w:rsidRDefault="00B6399F" w:rsidP="00B6399F">
            <w:pPr>
              <w:spacing w:after="0"/>
              <w:jc w:val="center"/>
            </w:pPr>
            <w:r>
              <w:rPr>
                <w:b/>
                <w:color w:val="FFFFFF"/>
              </w:rPr>
              <w:t>Das kann ich</w:t>
            </w:r>
          </w:p>
        </w:tc>
        <w:tc>
          <w:tcPr>
            <w:tcW w:w="1735" w:type="dxa"/>
            <w:shd w:val="clear" w:color="auto" w:fill="174C2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EBF1F80" w14:textId="77777777" w:rsidR="00B6399F" w:rsidRDefault="00B6399F" w:rsidP="00B6399F">
            <w:pPr>
              <w:spacing w:after="0"/>
              <w:jc w:val="center"/>
            </w:pPr>
            <w:r>
              <w:rPr>
                <w:b/>
                <w:color w:val="FFFFFF"/>
              </w:rPr>
              <w:t>😊</w:t>
            </w:r>
          </w:p>
        </w:tc>
        <w:tc>
          <w:tcPr>
            <w:tcW w:w="1735" w:type="dxa"/>
            <w:shd w:val="clear" w:color="auto" w:fill="174C2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5283144" w14:textId="77777777" w:rsidR="00B6399F" w:rsidRDefault="00B6399F" w:rsidP="00B6399F">
            <w:pPr>
              <w:spacing w:after="0"/>
              <w:jc w:val="center"/>
            </w:pPr>
            <w:r>
              <w:rPr>
                <w:b/>
                <w:color w:val="FFFFFF"/>
              </w:rPr>
              <w:t>😐</w:t>
            </w:r>
          </w:p>
        </w:tc>
        <w:tc>
          <w:tcPr>
            <w:tcW w:w="1735" w:type="dxa"/>
            <w:shd w:val="clear" w:color="auto" w:fill="174C2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1F6C749" w14:textId="77777777" w:rsidR="00B6399F" w:rsidRDefault="00B6399F" w:rsidP="00B6399F">
            <w:pPr>
              <w:spacing w:after="0"/>
              <w:jc w:val="center"/>
            </w:pPr>
            <w:r>
              <w:rPr>
                <w:b/>
                <w:color w:val="FFFFFF"/>
              </w:rPr>
              <w:t>🙁</w:t>
            </w:r>
          </w:p>
        </w:tc>
      </w:tr>
      <w:tr w:rsidR="00B6399F" w14:paraId="66AF234D" w14:textId="77777777" w:rsidTr="003A394F">
        <w:trPr>
          <w:trHeight w:val="239"/>
        </w:trPr>
        <w:tc>
          <w:tcPr>
            <w:tcW w:w="4532" w:type="dxa"/>
            <w:shd w:val="clear" w:color="auto" w:fill="FAF8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BCAA5BD" w14:textId="77777777" w:rsidR="00B6399F" w:rsidRDefault="00B6399F" w:rsidP="00B6399F">
            <w:pPr>
              <w:spacing w:after="0"/>
            </w:pPr>
            <w:r>
              <w:rPr>
                <w:color w:val="000000"/>
              </w:rPr>
              <w:t>Ich kann Räume benennen.</w:t>
            </w:r>
          </w:p>
        </w:tc>
        <w:tc>
          <w:tcPr>
            <w:tcW w:w="1735" w:type="dxa"/>
            <w:shd w:val="clear" w:color="auto" w:fill="FAF8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8450D50" w14:textId="77777777" w:rsidR="00B6399F" w:rsidRDefault="00B6399F" w:rsidP="00B6399F">
            <w:pPr>
              <w:spacing w:after="0"/>
              <w:jc w:val="center"/>
            </w:pPr>
            <w:r>
              <w:rPr>
                <w:color w:val="000000"/>
                <w:sz w:val="26"/>
              </w:rPr>
              <w:t>☐</w:t>
            </w:r>
          </w:p>
        </w:tc>
        <w:tc>
          <w:tcPr>
            <w:tcW w:w="1735" w:type="dxa"/>
            <w:shd w:val="clear" w:color="auto" w:fill="FAF8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C1CA51B" w14:textId="77777777" w:rsidR="00B6399F" w:rsidRDefault="00B6399F" w:rsidP="00B6399F">
            <w:pPr>
              <w:spacing w:after="0"/>
              <w:jc w:val="center"/>
            </w:pPr>
            <w:r>
              <w:rPr>
                <w:color w:val="000000"/>
                <w:sz w:val="26"/>
              </w:rPr>
              <w:t>☐</w:t>
            </w:r>
          </w:p>
        </w:tc>
        <w:tc>
          <w:tcPr>
            <w:tcW w:w="1735" w:type="dxa"/>
            <w:shd w:val="clear" w:color="auto" w:fill="FAF8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F6DDFE" w14:textId="77777777" w:rsidR="00B6399F" w:rsidRDefault="00B6399F" w:rsidP="00B6399F">
            <w:pPr>
              <w:spacing w:after="0"/>
              <w:jc w:val="center"/>
            </w:pPr>
            <w:r>
              <w:rPr>
                <w:color w:val="000000"/>
                <w:sz w:val="26"/>
              </w:rPr>
              <w:t>☐</w:t>
            </w:r>
          </w:p>
        </w:tc>
      </w:tr>
      <w:tr w:rsidR="00B6399F" w14:paraId="05846D99" w14:textId="77777777" w:rsidTr="003A394F">
        <w:trPr>
          <w:trHeight w:val="246"/>
        </w:trPr>
        <w:tc>
          <w:tcPr>
            <w:tcW w:w="4532" w:type="dxa"/>
            <w:shd w:val="clear" w:color="auto" w:fill="E7F0E5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7EA2C7E" w14:textId="77777777" w:rsidR="00B6399F" w:rsidRDefault="00B6399F" w:rsidP="00B6399F">
            <w:pPr>
              <w:spacing w:after="0"/>
            </w:pPr>
            <w:r>
              <w:rPr>
                <w:color w:val="000000"/>
              </w:rPr>
              <w:t>Ich kann Gegenstände finden.</w:t>
            </w:r>
          </w:p>
        </w:tc>
        <w:tc>
          <w:tcPr>
            <w:tcW w:w="1735" w:type="dxa"/>
            <w:shd w:val="clear" w:color="auto" w:fill="E7F0E5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B9D0B7" w14:textId="77777777" w:rsidR="00B6399F" w:rsidRDefault="00B6399F" w:rsidP="00B6399F">
            <w:pPr>
              <w:spacing w:after="0"/>
              <w:jc w:val="center"/>
            </w:pPr>
            <w:r>
              <w:rPr>
                <w:color w:val="000000"/>
                <w:sz w:val="26"/>
              </w:rPr>
              <w:t>☐</w:t>
            </w:r>
          </w:p>
        </w:tc>
        <w:tc>
          <w:tcPr>
            <w:tcW w:w="1735" w:type="dxa"/>
            <w:shd w:val="clear" w:color="auto" w:fill="E7F0E5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C88C861" w14:textId="77777777" w:rsidR="00B6399F" w:rsidRDefault="00B6399F" w:rsidP="00B6399F">
            <w:pPr>
              <w:spacing w:after="0"/>
              <w:jc w:val="center"/>
            </w:pPr>
            <w:r>
              <w:rPr>
                <w:color w:val="000000"/>
                <w:sz w:val="26"/>
              </w:rPr>
              <w:t>☐</w:t>
            </w:r>
          </w:p>
        </w:tc>
        <w:tc>
          <w:tcPr>
            <w:tcW w:w="1735" w:type="dxa"/>
            <w:shd w:val="clear" w:color="auto" w:fill="E7F0E5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7C3184" w14:textId="77777777" w:rsidR="00B6399F" w:rsidRDefault="00B6399F" w:rsidP="00B6399F">
            <w:pPr>
              <w:spacing w:after="0"/>
              <w:jc w:val="center"/>
            </w:pPr>
            <w:r>
              <w:rPr>
                <w:color w:val="000000"/>
                <w:sz w:val="26"/>
              </w:rPr>
              <w:t>☐</w:t>
            </w:r>
          </w:p>
        </w:tc>
      </w:tr>
      <w:tr w:rsidR="00B6399F" w14:paraId="0CE96C70" w14:textId="77777777" w:rsidTr="003A394F">
        <w:trPr>
          <w:trHeight w:val="246"/>
        </w:trPr>
        <w:tc>
          <w:tcPr>
            <w:tcW w:w="4532" w:type="dxa"/>
            <w:shd w:val="clear" w:color="auto" w:fill="FAF8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6D357D" w14:textId="77777777" w:rsidR="00B6399F" w:rsidRPr="00B6399F" w:rsidRDefault="00B6399F" w:rsidP="00B6399F">
            <w:pPr>
              <w:spacing w:after="0"/>
              <w:rPr>
                <w:lang w:val="de-DE"/>
              </w:rPr>
            </w:pPr>
            <w:r w:rsidRPr="00B6399F">
              <w:rPr>
                <w:color w:val="000000"/>
                <w:lang w:val="de-DE"/>
              </w:rPr>
              <w:t>Ich kann ein Zimmer beschreiben.</w:t>
            </w:r>
          </w:p>
        </w:tc>
        <w:tc>
          <w:tcPr>
            <w:tcW w:w="1735" w:type="dxa"/>
            <w:shd w:val="clear" w:color="auto" w:fill="FAF8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CA9CB03" w14:textId="77777777" w:rsidR="00B6399F" w:rsidRDefault="00B6399F" w:rsidP="00B6399F">
            <w:pPr>
              <w:spacing w:after="0"/>
              <w:jc w:val="center"/>
            </w:pPr>
            <w:r>
              <w:rPr>
                <w:color w:val="000000"/>
                <w:sz w:val="26"/>
              </w:rPr>
              <w:t>☐</w:t>
            </w:r>
          </w:p>
        </w:tc>
        <w:tc>
          <w:tcPr>
            <w:tcW w:w="1735" w:type="dxa"/>
            <w:shd w:val="clear" w:color="auto" w:fill="FAF8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DDFA53" w14:textId="77777777" w:rsidR="00B6399F" w:rsidRDefault="00B6399F" w:rsidP="00B6399F">
            <w:pPr>
              <w:spacing w:after="0"/>
              <w:jc w:val="center"/>
            </w:pPr>
            <w:r>
              <w:rPr>
                <w:color w:val="000000"/>
                <w:sz w:val="26"/>
              </w:rPr>
              <w:t>☐</w:t>
            </w:r>
          </w:p>
        </w:tc>
        <w:tc>
          <w:tcPr>
            <w:tcW w:w="1735" w:type="dxa"/>
            <w:shd w:val="clear" w:color="auto" w:fill="FAF8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D8F986" w14:textId="77777777" w:rsidR="00B6399F" w:rsidRDefault="00B6399F" w:rsidP="00B6399F">
            <w:pPr>
              <w:spacing w:after="0"/>
              <w:jc w:val="center"/>
            </w:pPr>
            <w:r>
              <w:rPr>
                <w:color w:val="000000"/>
                <w:sz w:val="26"/>
              </w:rPr>
              <w:t>☐</w:t>
            </w:r>
          </w:p>
        </w:tc>
      </w:tr>
      <w:tr w:rsidR="00B6399F" w14:paraId="4771DD00" w14:textId="77777777" w:rsidTr="003A394F">
        <w:trPr>
          <w:trHeight w:val="239"/>
        </w:trPr>
        <w:tc>
          <w:tcPr>
            <w:tcW w:w="4532" w:type="dxa"/>
            <w:shd w:val="clear" w:color="auto" w:fill="E7F0E5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1F1C799" w14:textId="77777777" w:rsidR="00B6399F" w:rsidRPr="00B6399F" w:rsidRDefault="00B6399F" w:rsidP="00B6399F">
            <w:pPr>
              <w:spacing w:after="0"/>
              <w:rPr>
                <w:lang w:val="de-DE"/>
              </w:rPr>
            </w:pPr>
            <w:r w:rsidRPr="00B6399F">
              <w:rPr>
                <w:color w:val="000000"/>
                <w:lang w:val="de-DE"/>
              </w:rPr>
              <w:t>Ich kann eine WG-Regel formulieren.</w:t>
            </w:r>
          </w:p>
        </w:tc>
        <w:tc>
          <w:tcPr>
            <w:tcW w:w="1735" w:type="dxa"/>
            <w:shd w:val="clear" w:color="auto" w:fill="E7F0E5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3831A49" w14:textId="77777777" w:rsidR="00B6399F" w:rsidRDefault="00B6399F" w:rsidP="00B6399F">
            <w:pPr>
              <w:spacing w:after="0"/>
              <w:jc w:val="center"/>
            </w:pPr>
            <w:r>
              <w:rPr>
                <w:color w:val="000000"/>
                <w:sz w:val="26"/>
              </w:rPr>
              <w:t>☐</w:t>
            </w:r>
          </w:p>
        </w:tc>
        <w:tc>
          <w:tcPr>
            <w:tcW w:w="1735" w:type="dxa"/>
            <w:shd w:val="clear" w:color="auto" w:fill="E7F0E5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7945D54" w14:textId="77777777" w:rsidR="00B6399F" w:rsidRDefault="00B6399F" w:rsidP="00B6399F">
            <w:pPr>
              <w:spacing w:after="0"/>
              <w:jc w:val="center"/>
            </w:pPr>
            <w:r>
              <w:rPr>
                <w:color w:val="000000"/>
                <w:sz w:val="26"/>
              </w:rPr>
              <w:t>☐</w:t>
            </w:r>
          </w:p>
        </w:tc>
        <w:tc>
          <w:tcPr>
            <w:tcW w:w="1735" w:type="dxa"/>
            <w:shd w:val="clear" w:color="auto" w:fill="E7F0E5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CD2E31" w14:textId="77777777" w:rsidR="00B6399F" w:rsidRDefault="00B6399F" w:rsidP="00B6399F">
            <w:pPr>
              <w:spacing w:after="0"/>
              <w:jc w:val="center"/>
            </w:pPr>
            <w:r>
              <w:rPr>
                <w:color w:val="000000"/>
                <w:sz w:val="26"/>
              </w:rPr>
              <w:t>☐</w:t>
            </w:r>
          </w:p>
        </w:tc>
      </w:tr>
      <w:tr w:rsidR="00B6399F" w14:paraId="02F12504" w14:textId="77777777" w:rsidTr="003A394F">
        <w:trPr>
          <w:trHeight w:val="246"/>
        </w:trPr>
        <w:tc>
          <w:tcPr>
            <w:tcW w:w="4532" w:type="dxa"/>
            <w:shd w:val="clear" w:color="auto" w:fill="FAF8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638229C" w14:textId="77777777" w:rsidR="00B6399F" w:rsidRPr="00B6399F" w:rsidRDefault="00B6399F" w:rsidP="00B6399F">
            <w:pPr>
              <w:spacing w:after="0"/>
              <w:rPr>
                <w:lang w:val="de-DE"/>
              </w:rPr>
            </w:pPr>
            <w:r w:rsidRPr="00B6399F">
              <w:rPr>
                <w:color w:val="000000"/>
                <w:lang w:val="de-DE"/>
              </w:rPr>
              <w:t>Ich kann freundlich über ein Problem sprechen.</w:t>
            </w:r>
          </w:p>
        </w:tc>
        <w:tc>
          <w:tcPr>
            <w:tcW w:w="1735" w:type="dxa"/>
            <w:shd w:val="clear" w:color="auto" w:fill="FAF8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294C42A" w14:textId="77777777" w:rsidR="00B6399F" w:rsidRDefault="00B6399F" w:rsidP="00B6399F">
            <w:pPr>
              <w:spacing w:after="0"/>
              <w:jc w:val="center"/>
            </w:pPr>
            <w:r>
              <w:rPr>
                <w:color w:val="000000"/>
                <w:sz w:val="26"/>
              </w:rPr>
              <w:t>☐</w:t>
            </w:r>
          </w:p>
        </w:tc>
        <w:tc>
          <w:tcPr>
            <w:tcW w:w="1735" w:type="dxa"/>
            <w:shd w:val="clear" w:color="auto" w:fill="FAF8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366517" w14:textId="77777777" w:rsidR="00B6399F" w:rsidRDefault="00B6399F" w:rsidP="00B6399F">
            <w:pPr>
              <w:spacing w:after="0"/>
              <w:jc w:val="center"/>
            </w:pPr>
            <w:r>
              <w:rPr>
                <w:color w:val="000000"/>
                <w:sz w:val="26"/>
              </w:rPr>
              <w:t>☐</w:t>
            </w:r>
          </w:p>
        </w:tc>
        <w:tc>
          <w:tcPr>
            <w:tcW w:w="1735" w:type="dxa"/>
            <w:shd w:val="clear" w:color="auto" w:fill="FAF8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D0D110" w14:textId="77777777" w:rsidR="00B6399F" w:rsidRDefault="00B6399F" w:rsidP="00B6399F">
            <w:pPr>
              <w:spacing w:after="0"/>
              <w:jc w:val="center"/>
            </w:pPr>
            <w:r>
              <w:rPr>
                <w:color w:val="000000"/>
                <w:sz w:val="26"/>
              </w:rPr>
              <w:t>☐</w:t>
            </w:r>
          </w:p>
        </w:tc>
      </w:tr>
      <w:tr w:rsidR="00B6399F" w14:paraId="5242CA6F" w14:textId="77777777" w:rsidTr="003A394F">
        <w:trPr>
          <w:trHeight w:val="246"/>
        </w:trPr>
        <w:tc>
          <w:tcPr>
            <w:tcW w:w="4532" w:type="dxa"/>
            <w:shd w:val="clear" w:color="auto" w:fill="E7F0E5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25AFEA" w14:textId="77777777" w:rsidR="00B6399F" w:rsidRPr="00B6399F" w:rsidRDefault="00B6399F" w:rsidP="00B6399F">
            <w:pPr>
              <w:spacing w:after="0"/>
              <w:rPr>
                <w:lang w:val="de-DE"/>
              </w:rPr>
            </w:pPr>
            <w:r w:rsidRPr="00B6399F">
              <w:rPr>
                <w:color w:val="000000"/>
                <w:lang w:val="de-DE"/>
              </w:rPr>
              <w:t>Ich habe am WG-Handbuch mitgearbeitet.</w:t>
            </w:r>
          </w:p>
        </w:tc>
        <w:tc>
          <w:tcPr>
            <w:tcW w:w="1735" w:type="dxa"/>
            <w:shd w:val="clear" w:color="auto" w:fill="E7F0E5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8DA9D51" w14:textId="77777777" w:rsidR="00B6399F" w:rsidRDefault="00B6399F" w:rsidP="00B6399F">
            <w:pPr>
              <w:spacing w:after="0"/>
              <w:jc w:val="center"/>
            </w:pPr>
            <w:r>
              <w:rPr>
                <w:color w:val="000000"/>
                <w:sz w:val="26"/>
              </w:rPr>
              <w:t>☐</w:t>
            </w:r>
          </w:p>
        </w:tc>
        <w:tc>
          <w:tcPr>
            <w:tcW w:w="1735" w:type="dxa"/>
            <w:shd w:val="clear" w:color="auto" w:fill="E7F0E5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D22030" w14:textId="77777777" w:rsidR="00B6399F" w:rsidRDefault="00B6399F" w:rsidP="00B6399F">
            <w:pPr>
              <w:spacing w:after="0"/>
              <w:jc w:val="center"/>
            </w:pPr>
            <w:r>
              <w:rPr>
                <w:color w:val="000000"/>
                <w:sz w:val="26"/>
              </w:rPr>
              <w:t>☐</w:t>
            </w:r>
          </w:p>
        </w:tc>
        <w:tc>
          <w:tcPr>
            <w:tcW w:w="1735" w:type="dxa"/>
            <w:shd w:val="clear" w:color="auto" w:fill="E7F0E5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929C3A0" w14:textId="77777777" w:rsidR="00B6399F" w:rsidRDefault="00B6399F" w:rsidP="00B6399F">
            <w:pPr>
              <w:spacing w:after="0"/>
              <w:jc w:val="center"/>
            </w:pPr>
            <w:r>
              <w:rPr>
                <w:color w:val="000000"/>
                <w:sz w:val="26"/>
              </w:rPr>
              <w:t>☐</w:t>
            </w:r>
          </w:p>
        </w:tc>
      </w:tr>
    </w:tbl>
    <w:p w14:paraId="248960A2" w14:textId="77777777" w:rsidR="00B6399F" w:rsidRDefault="00B6399F">
      <w:pPr>
        <w:spacing w:before="120" w:after="60"/>
        <w:rPr>
          <w:b/>
          <w:color w:val="D85B7D"/>
          <w:sz w:val="24"/>
        </w:rPr>
      </w:pPr>
    </w:p>
    <w:p w14:paraId="33127B26" w14:textId="77777777" w:rsidR="00B6399F" w:rsidRDefault="00B6399F">
      <w:pPr>
        <w:spacing w:before="120" w:after="60"/>
        <w:rPr>
          <w:b/>
          <w:color w:val="D85B7D"/>
          <w:sz w:val="24"/>
        </w:rPr>
      </w:pPr>
    </w:p>
    <w:p w14:paraId="20FCDF13" w14:textId="675CE129" w:rsidR="002C0583" w:rsidRDefault="002C0583">
      <w:pPr>
        <w:spacing w:after="40"/>
        <w:rPr>
          <w:lang w:val="de-DE"/>
        </w:rPr>
      </w:pPr>
    </w:p>
    <w:p w14:paraId="0DF47375" w14:textId="77777777" w:rsidR="00310621" w:rsidRDefault="00310621">
      <w:pPr>
        <w:spacing w:after="40"/>
        <w:rPr>
          <w:lang w:val="de-DE"/>
        </w:rPr>
      </w:pPr>
    </w:p>
    <w:p w14:paraId="2EEA3028" w14:textId="77777777" w:rsidR="00310621" w:rsidRDefault="00310621">
      <w:pPr>
        <w:spacing w:after="40"/>
        <w:rPr>
          <w:lang w:val="de-DE"/>
        </w:rPr>
      </w:pPr>
    </w:p>
    <w:p w14:paraId="454B191A" w14:textId="77777777" w:rsidR="00310621" w:rsidRDefault="00310621">
      <w:pPr>
        <w:spacing w:after="40"/>
        <w:rPr>
          <w:lang w:val="de-DE"/>
        </w:rPr>
      </w:pPr>
    </w:p>
    <w:p w14:paraId="6CE746B5" w14:textId="77777777" w:rsidR="00310621" w:rsidRDefault="00310621">
      <w:pPr>
        <w:spacing w:after="40"/>
        <w:rPr>
          <w:lang w:val="de-DE"/>
        </w:rPr>
      </w:pPr>
    </w:p>
    <w:p w14:paraId="644FE807" w14:textId="77777777" w:rsidR="00310621" w:rsidRDefault="00310621">
      <w:pPr>
        <w:spacing w:after="40"/>
        <w:rPr>
          <w:lang w:val="de-DE"/>
        </w:rPr>
      </w:pPr>
    </w:p>
    <w:p w14:paraId="5DE2F720" w14:textId="77777777" w:rsidR="00310621" w:rsidRDefault="00310621">
      <w:pPr>
        <w:spacing w:after="40"/>
        <w:rPr>
          <w:lang w:val="de-DE"/>
        </w:rPr>
      </w:pPr>
    </w:p>
    <w:p w14:paraId="23A51817" w14:textId="77777777" w:rsidR="00310621" w:rsidRDefault="00310621">
      <w:pPr>
        <w:spacing w:after="40"/>
        <w:rPr>
          <w:lang w:val="de-DE"/>
        </w:rPr>
      </w:pPr>
    </w:p>
    <w:p w14:paraId="1D757F54" w14:textId="77777777" w:rsidR="00310621" w:rsidRDefault="00310621">
      <w:pPr>
        <w:spacing w:after="40"/>
        <w:rPr>
          <w:lang w:val="de-DE"/>
        </w:rPr>
      </w:pPr>
    </w:p>
    <w:p w14:paraId="578C434E" w14:textId="77777777" w:rsidR="00310621" w:rsidRDefault="00310621">
      <w:pPr>
        <w:spacing w:after="40"/>
        <w:rPr>
          <w:lang w:val="de-DE"/>
        </w:rPr>
      </w:pPr>
    </w:p>
    <w:p w14:paraId="5E425654" w14:textId="77777777" w:rsidR="00310621" w:rsidRDefault="00310621">
      <w:pPr>
        <w:spacing w:after="40"/>
        <w:rPr>
          <w:lang w:val="de-DE"/>
        </w:rPr>
      </w:pPr>
    </w:p>
    <w:p w14:paraId="63B33AE1" w14:textId="77777777" w:rsidR="00310621" w:rsidRDefault="00310621">
      <w:pPr>
        <w:spacing w:after="40"/>
        <w:rPr>
          <w:lang w:val="de-DE"/>
        </w:rPr>
      </w:pPr>
    </w:p>
    <w:p w14:paraId="4582A667" w14:textId="77777777" w:rsidR="00310621" w:rsidRDefault="00310621">
      <w:pPr>
        <w:spacing w:after="40"/>
        <w:rPr>
          <w:lang w:val="de-DE"/>
        </w:rPr>
      </w:pPr>
    </w:p>
    <w:p w14:paraId="0EFD2F90" w14:textId="77777777" w:rsidR="009E0A89" w:rsidRPr="009E0A89" w:rsidRDefault="009E0A89" w:rsidP="009E0A89">
      <w:pPr>
        <w:spacing w:after="40"/>
        <w:rPr>
          <w:lang w:val="de-DE"/>
        </w:rPr>
      </w:pPr>
    </w:p>
    <w:p w14:paraId="22166F9F" w14:textId="77777777" w:rsidR="009E0A89" w:rsidRPr="009E0A89" w:rsidRDefault="009E0A89" w:rsidP="009E0A89">
      <w:pPr>
        <w:spacing w:after="40"/>
        <w:rPr>
          <w:lang w:val="de-DE"/>
        </w:rPr>
      </w:pPr>
      <w:r w:rsidRPr="009E0A89">
        <w:rPr>
          <w:lang w:val="de-DE"/>
        </w:rPr>
        <w:t xml:space="preserve">Zusatzaufgabe </w:t>
      </w:r>
      <w:r w:rsidRPr="009E0A89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  <w:lang w:val="de-DE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 w:rsidRPr="009E0A89">
        <w:rPr>
          <w:lang w:val="de-DE"/>
        </w:rPr>
        <w:t>: Zeichne einen Grundriss von Deinem Zimmer</w:t>
      </w:r>
    </w:p>
    <w:p w14:paraId="51C4E51A" w14:textId="77777777" w:rsidR="009E0A89" w:rsidRPr="009E0A89" w:rsidRDefault="009E0A89" w:rsidP="009E0A89">
      <w:pPr>
        <w:spacing w:after="40"/>
        <w:rPr>
          <w:lang w:val="de-DE"/>
        </w:rPr>
      </w:pPr>
      <w:r w:rsidRPr="009E0A89">
        <w:rPr>
          <w:lang w:val="de-DE"/>
        </w:rPr>
        <w:t xml:space="preserve">                                         Gestalte eine Liste mit den Gegenständen aus Deinem Zimmer </w:t>
      </w:r>
      <w:r w:rsidRPr="009E0A89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  <w:lang w:val="de-DE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14:paraId="0995F515" w14:textId="77777777" w:rsidR="009E0A89" w:rsidRPr="009E0A89" w:rsidRDefault="009E0A89" w:rsidP="009E0A89">
      <w:pPr>
        <w:spacing w:after="40"/>
        <w:rPr>
          <w:lang w:val="de-DE"/>
        </w:rPr>
      </w:pPr>
      <w:r w:rsidRPr="009E0A89">
        <w:rPr>
          <w:lang w:val="de-DE"/>
        </w:rPr>
        <w:t xml:space="preserve">                                         Schreibe eine Liste mit Regeln zum Zusammenleben bei Dir zu Hause </w:t>
      </w:r>
      <w:r w:rsidRPr="009E0A89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  <w:lang w:val="de-DE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 w:rsidRPr="009E0A89">
        <w:rPr>
          <w:lang w:val="de-DE"/>
        </w:rPr>
        <w:t xml:space="preserve">  </w:t>
      </w:r>
    </w:p>
    <w:p w14:paraId="0772A661" w14:textId="77777777" w:rsidR="00310621" w:rsidRDefault="00310621">
      <w:pPr>
        <w:spacing w:after="40"/>
        <w:rPr>
          <w:lang w:val="de-DE"/>
        </w:rPr>
      </w:pPr>
    </w:p>
    <w:p w14:paraId="56BB1DD3" w14:textId="77777777" w:rsidR="00310621" w:rsidRDefault="00310621">
      <w:pPr>
        <w:spacing w:after="40"/>
        <w:rPr>
          <w:lang w:val="de-DE"/>
        </w:rPr>
      </w:pPr>
    </w:p>
    <w:p w14:paraId="74BA8CD2" w14:textId="77777777" w:rsidR="00310621" w:rsidRDefault="00310621">
      <w:pPr>
        <w:spacing w:after="40"/>
        <w:rPr>
          <w:lang w:val="de-DE"/>
        </w:rPr>
      </w:pPr>
    </w:p>
    <w:p w14:paraId="67CE78D0" w14:textId="77777777" w:rsidR="00310621" w:rsidRDefault="00310621">
      <w:pPr>
        <w:spacing w:after="40"/>
        <w:rPr>
          <w:lang w:val="de-DE"/>
        </w:rPr>
      </w:pPr>
    </w:p>
    <w:p w14:paraId="7BF399EC" w14:textId="77777777" w:rsidR="00310621" w:rsidRDefault="00310621">
      <w:pPr>
        <w:spacing w:after="40"/>
        <w:rPr>
          <w:lang w:val="de-DE"/>
        </w:rPr>
      </w:pPr>
    </w:p>
    <w:p w14:paraId="7844CFE6" w14:textId="77777777" w:rsidR="00310621" w:rsidRDefault="00310621">
      <w:pPr>
        <w:spacing w:after="40"/>
        <w:rPr>
          <w:lang w:val="de-DE"/>
        </w:rPr>
      </w:pPr>
    </w:p>
    <w:p w14:paraId="3441B6E9" w14:textId="77777777" w:rsidR="00310621" w:rsidRDefault="00310621">
      <w:pPr>
        <w:spacing w:after="40"/>
        <w:rPr>
          <w:lang w:val="de-DE"/>
        </w:rPr>
      </w:pPr>
    </w:p>
    <w:p w14:paraId="650C544D" w14:textId="77777777" w:rsidR="00310621" w:rsidRDefault="00310621">
      <w:pPr>
        <w:spacing w:after="40"/>
        <w:rPr>
          <w:lang w:val="de-DE"/>
        </w:rPr>
      </w:pPr>
    </w:p>
    <w:p w14:paraId="314047A5" w14:textId="77777777" w:rsidR="00310621" w:rsidRDefault="00310621">
      <w:pPr>
        <w:spacing w:after="40"/>
        <w:rPr>
          <w:lang w:val="de-DE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55"/>
        <w:gridCol w:w="5355"/>
      </w:tblGrid>
      <w:tr w:rsidR="00310621" w14:paraId="3040434A" w14:textId="77777777" w:rsidTr="00CF285D">
        <w:trPr>
          <w:jc w:val="center"/>
        </w:trPr>
        <w:tc>
          <w:tcPr>
            <w:tcW w:w="5355" w:type="dxa"/>
            <w:tcMar>
              <w:top w:w="70" w:type="dxa"/>
              <w:left w:w="0" w:type="dxa"/>
              <w:bottom w:w="70" w:type="dxa"/>
              <w:right w:w="100" w:type="dxa"/>
            </w:tcMar>
          </w:tcPr>
          <w:p w14:paraId="29D44080" w14:textId="77777777" w:rsidR="00310621" w:rsidRPr="00E756BD" w:rsidRDefault="00310621" w:rsidP="00CF285D">
            <w:pPr>
              <w:spacing w:after="20"/>
              <w:rPr>
                <w:lang w:val="de-DE"/>
              </w:rPr>
            </w:pPr>
            <w:r w:rsidRPr="00E756BD">
              <w:rPr>
                <w:b/>
                <w:color w:val="D85B7D"/>
                <w:sz w:val="26"/>
                <w:lang w:val="de-DE"/>
              </w:rPr>
              <w:t>MEIN PUNKTEKONTO</w:t>
            </w:r>
          </w:p>
          <w:p w14:paraId="4EBB2CFD" w14:textId="77777777" w:rsidR="00310621" w:rsidRPr="00E756BD" w:rsidRDefault="00310621" w:rsidP="00CF285D">
            <w:pPr>
              <w:spacing w:after="60"/>
              <w:rPr>
                <w:lang w:val="de-DE"/>
              </w:rPr>
            </w:pPr>
            <w:r w:rsidRPr="00E756BD">
              <w:rPr>
                <w:rFonts w:ascii="Aptos Display" w:hAnsi="Aptos Display"/>
                <w:b/>
                <w:color w:val="174C2C"/>
                <w:sz w:val="44"/>
                <w:lang w:val="de-DE"/>
              </w:rPr>
              <w:t>Ich arbeite am WG-Handbuch</w:t>
            </w:r>
          </w:p>
          <w:p w14:paraId="7DB9D27A" w14:textId="77777777" w:rsidR="00310621" w:rsidRDefault="00310621" w:rsidP="00CF285D">
            <w:pPr>
              <w:spacing w:after="40"/>
            </w:pPr>
            <w:r>
              <w:t>Name: __________________________________________</w:t>
            </w:r>
          </w:p>
        </w:tc>
        <w:tc>
          <w:tcPr>
            <w:tcW w:w="5355" w:type="dxa"/>
            <w:tcMar>
              <w:top w:w="40" w:type="dxa"/>
              <w:left w:w="80" w:type="dxa"/>
              <w:bottom w:w="90" w:type="dxa"/>
              <w:right w:w="80" w:type="dxa"/>
            </w:tcMar>
          </w:tcPr>
          <w:p w14:paraId="5CCC9A17" w14:textId="77777777" w:rsidR="00310621" w:rsidRDefault="00310621" w:rsidP="00CF285D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5978F6E" wp14:editId="2266236A">
                  <wp:extent cx="1170000" cy="1653526"/>
                  <wp:effectExtent l="0" t="0" r="0" b="0"/>
                  <wp:docPr id="205612620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xec-9595e274-cec6-4a80-939f-8b4b621d44e7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0000" cy="16535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96"/>
      </w:tblGrid>
      <w:tr w:rsidR="00310621" w:rsidRPr="009E0A89" w14:paraId="52326CB2" w14:textId="77777777" w:rsidTr="00CF285D">
        <w:trPr>
          <w:jc w:val="center"/>
        </w:trPr>
        <w:tc>
          <w:tcPr>
            <w:tcW w:w="10710" w:type="dxa"/>
            <w:shd w:val="clear" w:color="auto" w:fill="FBE7ED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2C624D0B" w14:textId="77777777" w:rsidR="00310621" w:rsidRPr="00E756BD" w:rsidRDefault="00310621" w:rsidP="00CF285D">
            <w:pPr>
              <w:spacing w:after="0"/>
              <w:jc w:val="center"/>
              <w:rPr>
                <w:lang w:val="de-DE"/>
              </w:rPr>
            </w:pPr>
            <w:r w:rsidRPr="00E756BD">
              <w:rPr>
                <w:b/>
                <w:color w:val="174C2C"/>
                <w:lang w:val="de-DE"/>
              </w:rPr>
              <w:t>Du sammelst Punkte. Extra = Zusatzaufgabe. Es werden keine Punkte abgezogen!</w:t>
            </w:r>
          </w:p>
        </w:tc>
      </w:tr>
    </w:tbl>
    <w:p w14:paraId="7380D05D" w14:textId="77777777" w:rsidR="00310621" w:rsidRDefault="00310621" w:rsidP="00310621">
      <w:pPr>
        <w:spacing w:before="100" w:after="60"/>
      </w:pPr>
      <w:r>
        <w:rPr>
          <w:b/>
          <w:color w:val="D85B7D"/>
          <w:sz w:val="26"/>
        </w:rPr>
        <w:t>So bekomme ich Punkte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42"/>
        <w:gridCol w:w="2142"/>
        <w:gridCol w:w="2142"/>
        <w:gridCol w:w="2142"/>
        <w:gridCol w:w="2142"/>
      </w:tblGrid>
      <w:tr w:rsidR="00310621" w14:paraId="6EABD719" w14:textId="77777777" w:rsidTr="00CF285D">
        <w:trPr>
          <w:jc w:val="center"/>
        </w:trPr>
        <w:tc>
          <w:tcPr>
            <w:tcW w:w="2142" w:type="dxa"/>
            <w:shd w:val="clear" w:color="auto" w:fill="FAF8F3"/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2FC6689C" w14:textId="77777777" w:rsidR="00310621" w:rsidRDefault="00310621" w:rsidP="00CF285D">
            <w:pPr>
              <w:spacing w:after="40"/>
              <w:jc w:val="center"/>
            </w:pPr>
            <w:r>
              <w:rPr>
                <w:b/>
                <w:color w:val="D85B7D"/>
                <w:sz w:val="26"/>
              </w:rPr>
              <w:t>1</w:t>
            </w:r>
          </w:p>
          <w:p w14:paraId="69A80701" w14:textId="77777777" w:rsidR="00310621" w:rsidRDefault="00310621" w:rsidP="00CF285D">
            <w:pPr>
              <w:spacing w:after="0"/>
              <w:jc w:val="center"/>
            </w:pPr>
            <w:r>
              <w:rPr>
                <w:sz w:val="18"/>
              </w:rPr>
              <w:t>Ich fange an.</w:t>
            </w:r>
          </w:p>
        </w:tc>
        <w:tc>
          <w:tcPr>
            <w:tcW w:w="2142" w:type="dxa"/>
            <w:shd w:val="clear" w:color="auto" w:fill="E7F0E5"/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6E21A580" w14:textId="77777777" w:rsidR="00310621" w:rsidRDefault="00310621" w:rsidP="00CF285D">
            <w:pPr>
              <w:spacing w:after="40"/>
              <w:jc w:val="center"/>
            </w:pPr>
            <w:r>
              <w:rPr>
                <w:b/>
                <w:color w:val="D85B7D"/>
                <w:sz w:val="26"/>
              </w:rPr>
              <w:t>2</w:t>
            </w:r>
          </w:p>
          <w:p w14:paraId="1BD70E2C" w14:textId="77777777" w:rsidR="00310621" w:rsidRDefault="00310621" w:rsidP="00CF285D">
            <w:pPr>
              <w:spacing w:after="0"/>
              <w:jc w:val="center"/>
            </w:pPr>
            <w:r>
              <w:rPr>
                <w:sz w:val="18"/>
              </w:rPr>
              <w:t>Ich bleibe dran.</w:t>
            </w:r>
          </w:p>
        </w:tc>
        <w:tc>
          <w:tcPr>
            <w:tcW w:w="2142" w:type="dxa"/>
            <w:shd w:val="clear" w:color="auto" w:fill="FAF8F3"/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24476C67" w14:textId="77777777" w:rsidR="00310621" w:rsidRDefault="00310621" w:rsidP="00CF285D">
            <w:pPr>
              <w:spacing w:after="40"/>
              <w:jc w:val="center"/>
            </w:pPr>
            <w:r>
              <w:rPr>
                <w:b/>
                <w:color w:val="D85B7D"/>
                <w:sz w:val="26"/>
              </w:rPr>
              <w:t>3</w:t>
            </w:r>
          </w:p>
          <w:p w14:paraId="63166AA8" w14:textId="77777777" w:rsidR="00310621" w:rsidRDefault="00310621" w:rsidP="00CF285D">
            <w:pPr>
              <w:spacing w:after="0"/>
              <w:jc w:val="center"/>
            </w:pPr>
            <w:r>
              <w:rPr>
                <w:sz w:val="18"/>
              </w:rPr>
              <w:t>Ich nutze Hilfe.</w:t>
            </w:r>
          </w:p>
        </w:tc>
        <w:tc>
          <w:tcPr>
            <w:tcW w:w="2142" w:type="dxa"/>
            <w:shd w:val="clear" w:color="auto" w:fill="E7F0E5"/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6E06948E" w14:textId="77777777" w:rsidR="00310621" w:rsidRDefault="00310621" w:rsidP="00CF285D">
            <w:pPr>
              <w:spacing w:after="40"/>
              <w:jc w:val="center"/>
            </w:pPr>
            <w:r>
              <w:rPr>
                <w:b/>
                <w:color w:val="D85B7D"/>
                <w:sz w:val="26"/>
              </w:rPr>
              <w:t>4</w:t>
            </w:r>
          </w:p>
          <w:p w14:paraId="0D7E1083" w14:textId="77777777" w:rsidR="00310621" w:rsidRDefault="00310621" w:rsidP="00CF285D">
            <w:pPr>
              <w:spacing w:after="0"/>
              <w:jc w:val="center"/>
            </w:pPr>
            <w:r>
              <w:rPr>
                <w:sz w:val="18"/>
              </w:rPr>
              <w:t>Ich arbeite fair.</w:t>
            </w:r>
          </w:p>
        </w:tc>
        <w:tc>
          <w:tcPr>
            <w:tcW w:w="2142" w:type="dxa"/>
            <w:shd w:val="clear" w:color="auto" w:fill="FAF8F3"/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384C2E0F" w14:textId="77777777" w:rsidR="00310621" w:rsidRDefault="00310621" w:rsidP="00CF285D">
            <w:pPr>
              <w:spacing w:after="40"/>
              <w:jc w:val="center"/>
            </w:pPr>
            <w:r>
              <w:rPr>
                <w:b/>
                <w:color w:val="D85B7D"/>
                <w:sz w:val="26"/>
              </w:rPr>
              <w:t>5</w:t>
            </w:r>
          </w:p>
          <w:p w14:paraId="5D8FBF54" w14:textId="77777777" w:rsidR="00310621" w:rsidRDefault="00310621" w:rsidP="00CF285D">
            <w:pPr>
              <w:spacing w:after="0"/>
              <w:jc w:val="center"/>
            </w:pPr>
            <w:r>
              <w:rPr>
                <w:sz w:val="18"/>
              </w:rPr>
              <w:t>Ich werde fertig.</w:t>
            </w:r>
          </w:p>
        </w:tc>
      </w:tr>
    </w:tbl>
    <w:p w14:paraId="5167D543" w14:textId="77777777" w:rsidR="00310621" w:rsidRDefault="00310621" w:rsidP="00310621">
      <w:pPr>
        <w:spacing w:before="120" w:after="60"/>
      </w:pPr>
      <w:r>
        <w:rPr>
          <w:b/>
          <w:color w:val="D85B7D"/>
          <w:sz w:val="26"/>
        </w:rPr>
        <w:t>Mein Punktekonto</w:t>
      </w:r>
    </w:p>
    <w:tbl>
      <w:tblPr>
        <w:tblW w:w="11051" w:type="dxa"/>
        <w:jc w:val="center"/>
        <w:tblLayout w:type="fixed"/>
        <w:tblLook w:val="04A0" w:firstRow="1" w:lastRow="0" w:firstColumn="1" w:lastColumn="0" w:noHBand="0" w:noVBand="1"/>
      </w:tblPr>
      <w:tblGrid>
        <w:gridCol w:w="2721"/>
        <w:gridCol w:w="1190"/>
        <w:gridCol w:w="1190"/>
        <w:gridCol w:w="1190"/>
        <w:gridCol w:w="1190"/>
        <w:gridCol w:w="1190"/>
        <w:gridCol w:w="1190"/>
        <w:gridCol w:w="1190"/>
      </w:tblGrid>
      <w:tr w:rsidR="00310621" w14:paraId="6A58923F" w14:textId="77777777" w:rsidTr="00310621">
        <w:trPr>
          <w:trHeight w:val="404"/>
          <w:jc w:val="center"/>
        </w:trPr>
        <w:tc>
          <w:tcPr>
            <w:tcW w:w="2721" w:type="dxa"/>
            <w:shd w:val="clear" w:color="auto" w:fill="174C2C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176D5CDC" w14:textId="77777777" w:rsidR="00310621" w:rsidRDefault="00310621" w:rsidP="00C16E84">
            <w:pPr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Aufgabe / Datum</w:t>
            </w:r>
          </w:p>
        </w:tc>
        <w:tc>
          <w:tcPr>
            <w:tcW w:w="1190" w:type="dxa"/>
            <w:shd w:val="clear" w:color="auto" w:fill="174C2C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59901E84" w14:textId="77777777" w:rsidR="00310621" w:rsidRDefault="00310621" w:rsidP="00C16E84">
            <w:pPr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Start</w:t>
            </w:r>
          </w:p>
        </w:tc>
        <w:tc>
          <w:tcPr>
            <w:tcW w:w="1190" w:type="dxa"/>
            <w:shd w:val="clear" w:color="auto" w:fill="174C2C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08EF8972" w14:textId="77777777" w:rsidR="00310621" w:rsidRDefault="00310621" w:rsidP="00C16E84">
            <w:pPr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Dran-</w:t>
            </w:r>
            <w:r>
              <w:rPr>
                <w:b/>
                <w:color w:val="FFFFFF"/>
                <w:sz w:val="17"/>
              </w:rPr>
              <w:br/>
              <w:t>bleiben</w:t>
            </w:r>
          </w:p>
        </w:tc>
        <w:tc>
          <w:tcPr>
            <w:tcW w:w="1190" w:type="dxa"/>
            <w:shd w:val="clear" w:color="auto" w:fill="174C2C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68788592" w14:textId="77777777" w:rsidR="00310621" w:rsidRDefault="00310621" w:rsidP="00C16E84">
            <w:pPr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Hilfe</w:t>
            </w:r>
          </w:p>
        </w:tc>
        <w:tc>
          <w:tcPr>
            <w:tcW w:w="1190" w:type="dxa"/>
            <w:shd w:val="clear" w:color="auto" w:fill="174C2C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72A923DA" w14:textId="77777777" w:rsidR="00310621" w:rsidRDefault="00310621" w:rsidP="00C16E84">
            <w:pPr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Fair</w:t>
            </w:r>
          </w:p>
        </w:tc>
        <w:tc>
          <w:tcPr>
            <w:tcW w:w="1190" w:type="dxa"/>
            <w:shd w:val="clear" w:color="auto" w:fill="174C2C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5DD15F06" w14:textId="77777777" w:rsidR="00310621" w:rsidRDefault="00310621" w:rsidP="00C16E84">
            <w:pPr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Fertig</w:t>
            </w:r>
          </w:p>
        </w:tc>
        <w:tc>
          <w:tcPr>
            <w:tcW w:w="1190" w:type="dxa"/>
            <w:shd w:val="clear" w:color="auto" w:fill="174C2C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44375AB2" w14:textId="77777777" w:rsidR="00310621" w:rsidRDefault="00310621" w:rsidP="00C16E84">
            <w:pPr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Extra</w:t>
            </w:r>
          </w:p>
        </w:tc>
        <w:tc>
          <w:tcPr>
            <w:tcW w:w="1190" w:type="dxa"/>
            <w:shd w:val="clear" w:color="auto" w:fill="174C2C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1A9F3FA0" w14:textId="77777777" w:rsidR="00310621" w:rsidRDefault="00310621" w:rsidP="00C16E84">
            <w:pPr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Summe</w:t>
            </w:r>
          </w:p>
        </w:tc>
      </w:tr>
      <w:tr w:rsidR="00310621" w14:paraId="28833C18" w14:textId="77777777" w:rsidTr="00310621">
        <w:trPr>
          <w:trHeight w:val="430"/>
          <w:jc w:val="center"/>
        </w:trPr>
        <w:tc>
          <w:tcPr>
            <w:tcW w:w="2721" w:type="dxa"/>
            <w:shd w:val="clear" w:color="auto" w:fill="FAF8F3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62EF72C5" w14:textId="77777777" w:rsidR="00310621" w:rsidRDefault="00310621" w:rsidP="00C16E84">
            <w:pPr>
              <w:spacing w:after="0"/>
            </w:pPr>
            <w:r>
              <w:rPr>
                <w:b/>
                <w:color w:val="174C2C"/>
                <w:sz w:val="18"/>
              </w:rPr>
              <w:t>1 · Die WG kennenlernen</w:t>
            </w:r>
            <w:r>
              <w:rPr>
                <w:b/>
                <w:color w:val="174C2C"/>
                <w:sz w:val="18"/>
              </w:rPr>
              <w:br/>
              <w:t>Datum: __________</w:t>
            </w:r>
          </w:p>
        </w:tc>
        <w:tc>
          <w:tcPr>
            <w:tcW w:w="1190" w:type="dxa"/>
            <w:shd w:val="clear" w:color="auto" w:fill="FAF8F3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1712E163" w14:textId="77777777" w:rsidR="00310621" w:rsidRDefault="00310621" w:rsidP="00C16E8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☐ 1</w:t>
            </w:r>
          </w:p>
        </w:tc>
        <w:tc>
          <w:tcPr>
            <w:tcW w:w="1190" w:type="dxa"/>
            <w:shd w:val="clear" w:color="auto" w:fill="FAF8F3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4A5D4312" w14:textId="77777777" w:rsidR="00310621" w:rsidRDefault="00310621" w:rsidP="00C16E8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☐ 1</w:t>
            </w:r>
          </w:p>
        </w:tc>
        <w:tc>
          <w:tcPr>
            <w:tcW w:w="1190" w:type="dxa"/>
            <w:shd w:val="clear" w:color="auto" w:fill="FAF8F3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76E2D48A" w14:textId="77777777" w:rsidR="00310621" w:rsidRDefault="00310621" w:rsidP="00C16E8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☐ 1</w:t>
            </w:r>
          </w:p>
        </w:tc>
        <w:tc>
          <w:tcPr>
            <w:tcW w:w="1190" w:type="dxa"/>
            <w:shd w:val="clear" w:color="auto" w:fill="FAF8F3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7700AB83" w14:textId="77777777" w:rsidR="00310621" w:rsidRDefault="00310621" w:rsidP="00C16E8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☐ 1</w:t>
            </w:r>
          </w:p>
        </w:tc>
        <w:tc>
          <w:tcPr>
            <w:tcW w:w="1190" w:type="dxa"/>
            <w:shd w:val="clear" w:color="auto" w:fill="FAF8F3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6FC0CAAE" w14:textId="77777777" w:rsidR="00310621" w:rsidRDefault="00310621" w:rsidP="00C16E8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☐ 1</w:t>
            </w:r>
          </w:p>
        </w:tc>
        <w:tc>
          <w:tcPr>
            <w:tcW w:w="1190" w:type="dxa"/>
            <w:shd w:val="clear" w:color="auto" w:fill="FAF8F3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522C6C6C" w14:textId="77777777" w:rsidR="00310621" w:rsidRDefault="00310621" w:rsidP="00C16E8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☐ 1</w:t>
            </w:r>
          </w:p>
        </w:tc>
        <w:tc>
          <w:tcPr>
            <w:tcW w:w="1190" w:type="dxa"/>
            <w:shd w:val="clear" w:color="auto" w:fill="FAF8F3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0D4844C7" w14:textId="77777777" w:rsidR="00310621" w:rsidRDefault="00310621" w:rsidP="00C16E84">
            <w:pPr>
              <w:spacing w:after="0"/>
              <w:jc w:val="center"/>
            </w:pPr>
            <w:r>
              <w:rPr>
                <w:b/>
                <w:color w:val="174C2C"/>
                <w:sz w:val="18"/>
              </w:rPr>
              <w:t>____ / 6</w:t>
            </w:r>
          </w:p>
        </w:tc>
      </w:tr>
      <w:tr w:rsidR="00310621" w14:paraId="6453449A" w14:textId="77777777" w:rsidTr="00310621">
        <w:trPr>
          <w:trHeight w:val="416"/>
          <w:jc w:val="center"/>
        </w:trPr>
        <w:tc>
          <w:tcPr>
            <w:tcW w:w="2721" w:type="dxa"/>
            <w:shd w:val="clear" w:color="auto" w:fill="E7F0E5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4DA5283B" w14:textId="77777777" w:rsidR="00310621" w:rsidRDefault="00310621" w:rsidP="00C16E84">
            <w:pPr>
              <w:spacing w:after="0"/>
            </w:pPr>
            <w:r>
              <w:rPr>
                <w:b/>
                <w:color w:val="174C2C"/>
                <w:sz w:val="18"/>
              </w:rPr>
              <w:t>2 · Ein Zimmer beschreiben</w:t>
            </w:r>
            <w:r>
              <w:rPr>
                <w:b/>
                <w:color w:val="174C2C"/>
                <w:sz w:val="18"/>
              </w:rPr>
              <w:br/>
              <w:t>Datum: __________</w:t>
            </w:r>
          </w:p>
        </w:tc>
        <w:tc>
          <w:tcPr>
            <w:tcW w:w="1190" w:type="dxa"/>
            <w:shd w:val="clear" w:color="auto" w:fill="E7F0E5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54052C29" w14:textId="77777777" w:rsidR="00310621" w:rsidRDefault="00310621" w:rsidP="00C16E8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☐ 1</w:t>
            </w:r>
          </w:p>
        </w:tc>
        <w:tc>
          <w:tcPr>
            <w:tcW w:w="1190" w:type="dxa"/>
            <w:shd w:val="clear" w:color="auto" w:fill="E7F0E5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657BFABB" w14:textId="77777777" w:rsidR="00310621" w:rsidRDefault="00310621" w:rsidP="00C16E8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☐ 1</w:t>
            </w:r>
          </w:p>
        </w:tc>
        <w:tc>
          <w:tcPr>
            <w:tcW w:w="1190" w:type="dxa"/>
            <w:shd w:val="clear" w:color="auto" w:fill="E7F0E5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604ECFF8" w14:textId="77777777" w:rsidR="00310621" w:rsidRDefault="00310621" w:rsidP="00C16E8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☐ 1</w:t>
            </w:r>
          </w:p>
        </w:tc>
        <w:tc>
          <w:tcPr>
            <w:tcW w:w="1190" w:type="dxa"/>
            <w:shd w:val="clear" w:color="auto" w:fill="E7F0E5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4A8D367C" w14:textId="77777777" w:rsidR="00310621" w:rsidRDefault="00310621" w:rsidP="00C16E8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☐ 1</w:t>
            </w:r>
          </w:p>
        </w:tc>
        <w:tc>
          <w:tcPr>
            <w:tcW w:w="1190" w:type="dxa"/>
            <w:shd w:val="clear" w:color="auto" w:fill="E7F0E5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26700146" w14:textId="77777777" w:rsidR="00310621" w:rsidRDefault="00310621" w:rsidP="00C16E8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☐ 1</w:t>
            </w:r>
          </w:p>
        </w:tc>
        <w:tc>
          <w:tcPr>
            <w:tcW w:w="1190" w:type="dxa"/>
            <w:shd w:val="clear" w:color="auto" w:fill="E7F0E5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31EDA62F" w14:textId="77777777" w:rsidR="00310621" w:rsidRDefault="00310621" w:rsidP="00C16E8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☐ 1</w:t>
            </w:r>
          </w:p>
        </w:tc>
        <w:tc>
          <w:tcPr>
            <w:tcW w:w="1190" w:type="dxa"/>
            <w:shd w:val="clear" w:color="auto" w:fill="E7F0E5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050D250E" w14:textId="77777777" w:rsidR="00310621" w:rsidRDefault="00310621" w:rsidP="00C16E84">
            <w:pPr>
              <w:spacing w:after="0"/>
              <w:jc w:val="center"/>
            </w:pPr>
            <w:r>
              <w:rPr>
                <w:b/>
                <w:color w:val="174C2C"/>
                <w:sz w:val="18"/>
              </w:rPr>
              <w:t>____ / 6</w:t>
            </w:r>
          </w:p>
        </w:tc>
      </w:tr>
      <w:tr w:rsidR="00310621" w14:paraId="2335F8AE" w14:textId="77777777" w:rsidTr="00310621">
        <w:trPr>
          <w:trHeight w:val="430"/>
          <w:jc w:val="center"/>
        </w:trPr>
        <w:tc>
          <w:tcPr>
            <w:tcW w:w="2721" w:type="dxa"/>
            <w:shd w:val="clear" w:color="auto" w:fill="FAF8F3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697BC2D3" w14:textId="77777777" w:rsidR="00310621" w:rsidRDefault="00310621" w:rsidP="00C16E84">
            <w:pPr>
              <w:spacing w:after="0"/>
            </w:pPr>
            <w:r>
              <w:rPr>
                <w:b/>
                <w:color w:val="174C2C"/>
                <w:sz w:val="18"/>
              </w:rPr>
              <w:t>3 · WG-Regeln schreiben</w:t>
            </w:r>
            <w:r>
              <w:rPr>
                <w:b/>
                <w:color w:val="174C2C"/>
                <w:sz w:val="18"/>
              </w:rPr>
              <w:br/>
              <w:t>Datum: __________</w:t>
            </w:r>
          </w:p>
        </w:tc>
        <w:tc>
          <w:tcPr>
            <w:tcW w:w="1190" w:type="dxa"/>
            <w:shd w:val="clear" w:color="auto" w:fill="FAF8F3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4BEE14A9" w14:textId="77777777" w:rsidR="00310621" w:rsidRDefault="00310621" w:rsidP="00C16E8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☐ 1</w:t>
            </w:r>
          </w:p>
        </w:tc>
        <w:tc>
          <w:tcPr>
            <w:tcW w:w="1190" w:type="dxa"/>
            <w:shd w:val="clear" w:color="auto" w:fill="FAF8F3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079B627A" w14:textId="77777777" w:rsidR="00310621" w:rsidRDefault="00310621" w:rsidP="00C16E8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☐ 1</w:t>
            </w:r>
          </w:p>
        </w:tc>
        <w:tc>
          <w:tcPr>
            <w:tcW w:w="1190" w:type="dxa"/>
            <w:shd w:val="clear" w:color="auto" w:fill="FAF8F3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6F1D95F2" w14:textId="77777777" w:rsidR="00310621" w:rsidRDefault="00310621" w:rsidP="00C16E8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☐ 1</w:t>
            </w:r>
          </w:p>
        </w:tc>
        <w:tc>
          <w:tcPr>
            <w:tcW w:w="1190" w:type="dxa"/>
            <w:shd w:val="clear" w:color="auto" w:fill="FAF8F3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5D0E4485" w14:textId="77777777" w:rsidR="00310621" w:rsidRDefault="00310621" w:rsidP="00C16E8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☐ 1</w:t>
            </w:r>
          </w:p>
        </w:tc>
        <w:tc>
          <w:tcPr>
            <w:tcW w:w="1190" w:type="dxa"/>
            <w:shd w:val="clear" w:color="auto" w:fill="FAF8F3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076799D5" w14:textId="77777777" w:rsidR="00310621" w:rsidRDefault="00310621" w:rsidP="00C16E8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☐ 1</w:t>
            </w:r>
          </w:p>
        </w:tc>
        <w:tc>
          <w:tcPr>
            <w:tcW w:w="1190" w:type="dxa"/>
            <w:shd w:val="clear" w:color="auto" w:fill="FAF8F3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2C8528FE" w14:textId="77777777" w:rsidR="00310621" w:rsidRDefault="00310621" w:rsidP="00C16E8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☐ 1</w:t>
            </w:r>
          </w:p>
        </w:tc>
        <w:tc>
          <w:tcPr>
            <w:tcW w:w="1190" w:type="dxa"/>
            <w:shd w:val="clear" w:color="auto" w:fill="FAF8F3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0B825CFC" w14:textId="77777777" w:rsidR="00310621" w:rsidRDefault="00310621" w:rsidP="00C16E84">
            <w:pPr>
              <w:spacing w:after="0"/>
              <w:jc w:val="center"/>
            </w:pPr>
            <w:r>
              <w:rPr>
                <w:b/>
                <w:color w:val="174C2C"/>
                <w:sz w:val="18"/>
              </w:rPr>
              <w:t>____ / 6</w:t>
            </w:r>
          </w:p>
        </w:tc>
      </w:tr>
      <w:tr w:rsidR="00310621" w14:paraId="3869E434" w14:textId="77777777" w:rsidTr="00310621">
        <w:trPr>
          <w:trHeight w:val="430"/>
          <w:jc w:val="center"/>
        </w:trPr>
        <w:tc>
          <w:tcPr>
            <w:tcW w:w="2721" w:type="dxa"/>
            <w:shd w:val="clear" w:color="auto" w:fill="E7F0E5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6891E979" w14:textId="77777777" w:rsidR="00310621" w:rsidRDefault="00310621" w:rsidP="00C16E84">
            <w:pPr>
              <w:spacing w:after="0"/>
            </w:pPr>
            <w:r>
              <w:rPr>
                <w:b/>
                <w:color w:val="174C2C"/>
                <w:sz w:val="18"/>
              </w:rPr>
              <w:t>4 · Ein Problem lösen</w:t>
            </w:r>
            <w:r>
              <w:rPr>
                <w:b/>
                <w:color w:val="174C2C"/>
                <w:sz w:val="18"/>
              </w:rPr>
              <w:br/>
              <w:t>Datum: __________</w:t>
            </w:r>
          </w:p>
        </w:tc>
        <w:tc>
          <w:tcPr>
            <w:tcW w:w="1190" w:type="dxa"/>
            <w:shd w:val="clear" w:color="auto" w:fill="E7F0E5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40B6C4FD" w14:textId="77777777" w:rsidR="00310621" w:rsidRDefault="00310621" w:rsidP="00C16E8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☐ 1</w:t>
            </w:r>
          </w:p>
        </w:tc>
        <w:tc>
          <w:tcPr>
            <w:tcW w:w="1190" w:type="dxa"/>
            <w:shd w:val="clear" w:color="auto" w:fill="E7F0E5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3EAFE551" w14:textId="77777777" w:rsidR="00310621" w:rsidRDefault="00310621" w:rsidP="00C16E8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☐ 1</w:t>
            </w:r>
          </w:p>
        </w:tc>
        <w:tc>
          <w:tcPr>
            <w:tcW w:w="1190" w:type="dxa"/>
            <w:shd w:val="clear" w:color="auto" w:fill="E7F0E5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7CFD323C" w14:textId="77777777" w:rsidR="00310621" w:rsidRDefault="00310621" w:rsidP="00C16E8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☐ 1</w:t>
            </w:r>
          </w:p>
        </w:tc>
        <w:tc>
          <w:tcPr>
            <w:tcW w:w="1190" w:type="dxa"/>
            <w:shd w:val="clear" w:color="auto" w:fill="E7F0E5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187D1186" w14:textId="77777777" w:rsidR="00310621" w:rsidRDefault="00310621" w:rsidP="00C16E8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☐ 1</w:t>
            </w:r>
          </w:p>
        </w:tc>
        <w:tc>
          <w:tcPr>
            <w:tcW w:w="1190" w:type="dxa"/>
            <w:shd w:val="clear" w:color="auto" w:fill="E7F0E5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1116008C" w14:textId="77777777" w:rsidR="00310621" w:rsidRDefault="00310621" w:rsidP="00C16E8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☐ 1</w:t>
            </w:r>
          </w:p>
        </w:tc>
        <w:tc>
          <w:tcPr>
            <w:tcW w:w="1190" w:type="dxa"/>
            <w:shd w:val="clear" w:color="auto" w:fill="E7F0E5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141FBD8C" w14:textId="77777777" w:rsidR="00310621" w:rsidRDefault="00310621" w:rsidP="00C16E8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☐ 1</w:t>
            </w:r>
          </w:p>
        </w:tc>
        <w:tc>
          <w:tcPr>
            <w:tcW w:w="1190" w:type="dxa"/>
            <w:shd w:val="clear" w:color="auto" w:fill="E7F0E5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20B770AA" w14:textId="77777777" w:rsidR="00310621" w:rsidRDefault="00310621" w:rsidP="00C16E84">
            <w:pPr>
              <w:spacing w:after="0"/>
              <w:jc w:val="center"/>
            </w:pPr>
            <w:r>
              <w:rPr>
                <w:b/>
                <w:color w:val="174C2C"/>
                <w:sz w:val="18"/>
              </w:rPr>
              <w:t>____ / 6</w:t>
            </w:r>
          </w:p>
        </w:tc>
      </w:tr>
      <w:tr w:rsidR="00310621" w14:paraId="5A92F08A" w14:textId="77777777" w:rsidTr="00310621">
        <w:trPr>
          <w:trHeight w:val="430"/>
          <w:jc w:val="center"/>
        </w:trPr>
        <w:tc>
          <w:tcPr>
            <w:tcW w:w="2721" w:type="dxa"/>
            <w:shd w:val="clear" w:color="auto" w:fill="FAF8F3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51646C71" w14:textId="77777777" w:rsidR="00310621" w:rsidRDefault="00310621" w:rsidP="00C16E84">
            <w:pPr>
              <w:spacing w:after="0"/>
            </w:pPr>
            <w:r>
              <w:rPr>
                <w:b/>
                <w:color w:val="174C2C"/>
                <w:sz w:val="18"/>
              </w:rPr>
              <w:t>5 · Eine Nachricht schreiben</w:t>
            </w:r>
            <w:r>
              <w:rPr>
                <w:b/>
                <w:color w:val="174C2C"/>
                <w:sz w:val="18"/>
              </w:rPr>
              <w:br/>
              <w:t>Datum: __________</w:t>
            </w:r>
          </w:p>
        </w:tc>
        <w:tc>
          <w:tcPr>
            <w:tcW w:w="1190" w:type="dxa"/>
            <w:shd w:val="clear" w:color="auto" w:fill="FAF8F3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14A104D1" w14:textId="77777777" w:rsidR="00310621" w:rsidRDefault="00310621" w:rsidP="00C16E8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☐ 1</w:t>
            </w:r>
          </w:p>
        </w:tc>
        <w:tc>
          <w:tcPr>
            <w:tcW w:w="1190" w:type="dxa"/>
            <w:shd w:val="clear" w:color="auto" w:fill="FAF8F3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004290A2" w14:textId="77777777" w:rsidR="00310621" w:rsidRDefault="00310621" w:rsidP="00C16E8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☐ 1</w:t>
            </w:r>
          </w:p>
        </w:tc>
        <w:tc>
          <w:tcPr>
            <w:tcW w:w="1190" w:type="dxa"/>
            <w:shd w:val="clear" w:color="auto" w:fill="FAF8F3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14B34E00" w14:textId="77777777" w:rsidR="00310621" w:rsidRDefault="00310621" w:rsidP="00C16E8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☐ 1</w:t>
            </w:r>
          </w:p>
        </w:tc>
        <w:tc>
          <w:tcPr>
            <w:tcW w:w="1190" w:type="dxa"/>
            <w:shd w:val="clear" w:color="auto" w:fill="FAF8F3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3DC423DA" w14:textId="77777777" w:rsidR="00310621" w:rsidRDefault="00310621" w:rsidP="00C16E8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☐ 1</w:t>
            </w:r>
          </w:p>
        </w:tc>
        <w:tc>
          <w:tcPr>
            <w:tcW w:w="1190" w:type="dxa"/>
            <w:shd w:val="clear" w:color="auto" w:fill="FAF8F3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28A03FD7" w14:textId="77777777" w:rsidR="00310621" w:rsidRDefault="00310621" w:rsidP="00C16E8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☐ 1</w:t>
            </w:r>
          </w:p>
        </w:tc>
        <w:tc>
          <w:tcPr>
            <w:tcW w:w="1190" w:type="dxa"/>
            <w:shd w:val="clear" w:color="auto" w:fill="FAF8F3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26BDD866" w14:textId="77777777" w:rsidR="00310621" w:rsidRDefault="00310621" w:rsidP="00C16E8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☐ 1</w:t>
            </w:r>
          </w:p>
        </w:tc>
        <w:tc>
          <w:tcPr>
            <w:tcW w:w="1190" w:type="dxa"/>
            <w:shd w:val="clear" w:color="auto" w:fill="FAF8F3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5C238ADC" w14:textId="77777777" w:rsidR="00310621" w:rsidRDefault="00310621" w:rsidP="00C16E84">
            <w:pPr>
              <w:spacing w:after="0"/>
              <w:jc w:val="center"/>
            </w:pPr>
            <w:r>
              <w:rPr>
                <w:b/>
                <w:color w:val="174C2C"/>
                <w:sz w:val="18"/>
              </w:rPr>
              <w:t>____ / 6</w:t>
            </w:r>
          </w:p>
        </w:tc>
      </w:tr>
      <w:tr w:rsidR="00310621" w14:paraId="5950CA72" w14:textId="77777777" w:rsidTr="00310621">
        <w:trPr>
          <w:trHeight w:val="416"/>
          <w:jc w:val="center"/>
        </w:trPr>
        <w:tc>
          <w:tcPr>
            <w:tcW w:w="2721" w:type="dxa"/>
            <w:shd w:val="clear" w:color="auto" w:fill="E7F0E5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5222B712" w14:textId="77777777" w:rsidR="00310621" w:rsidRPr="00E756BD" w:rsidRDefault="00310621" w:rsidP="00C16E84">
            <w:pPr>
              <w:spacing w:after="0"/>
              <w:rPr>
                <w:lang w:val="de-DE"/>
              </w:rPr>
            </w:pPr>
            <w:r w:rsidRPr="00E756BD">
              <w:rPr>
                <w:b/>
                <w:color w:val="174C2C"/>
                <w:sz w:val="18"/>
                <w:lang w:val="de-DE"/>
              </w:rPr>
              <w:t>6 · Am WG-Handbuch arbeiten</w:t>
            </w:r>
            <w:r w:rsidRPr="00E756BD">
              <w:rPr>
                <w:b/>
                <w:color w:val="174C2C"/>
                <w:sz w:val="18"/>
                <w:lang w:val="de-DE"/>
              </w:rPr>
              <w:br/>
              <w:t>Datum: __________</w:t>
            </w:r>
          </w:p>
        </w:tc>
        <w:tc>
          <w:tcPr>
            <w:tcW w:w="1190" w:type="dxa"/>
            <w:shd w:val="clear" w:color="auto" w:fill="E7F0E5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18D61EAF" w14:textId="77777777" w:rsidR="00310621" w:rsidRDefault="00310621" w:rsidP="00C16E8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☐ 1</w:t>
            </w:r>
          </w:p>
        </w:tc>
        <w:tc>
          <w:tcPr>
            <w:tcW w:w="1190" w:type="dxa"/>
            <w:shd w:val="clear" w:color="auto" w:fill="E7F0E5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6963DDB0" w14:textId="77777777" w:rsidR="00310621" w:rsidRDefault="00310621" w:rsidP="00C16E8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☐ 1</w:t>
            </w:r>
          </w:p>
        </w:tc>
        <w:tc>
          <w:tcPr>
            <w:tcW w:w="1190" w:type="dxa"/>
            <w:shd w:val="clear" w:color="auto" w:fill="E7F0E5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373C9908" w14:textId="77777777" w:rsidR="00310621" w:rsidRDefault="00310621" w:rsidP="00C16E8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☐ 1</w:t>
            </w:r>
          </w:p>
        </w:tc>
        <w:tc>
          <w:tcPr>
            <w:tcW w:w="1190" w:type="dxa"/>
            <w:shd w:val="clear" w:color="auto" w:fill="E7F0E5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2AC7978F" w14:textId="77777777" w:rsidR="00310621" w:rsidRDefault="00310621" w:rsidP="00C16E8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☐ 1</w:t>
            </w:r>
          </w:p>
        </w:tc>
        <w:tc>
          <w:tcPr>
            <w:tcW w:w="1190" w:type="dxa"/>
            <w:shd w:val="clear" w:color="auto" w:fill="E7F0E5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460DFFA6" w14:textId="77777777" w:rsidR="00310621" w:rsidRDefault="00310621" w:rsidP="00C16E8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☐ 1</w:t>
            </w:r>
          </w:p>
        </w:tc>
        <w:tc>
          <w:tcPr>
            <w:tcW w:w="1190" w:type="dxa"/>
            <w:shd w:val="clear" w:color="auto" w:fill="E7F0E5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22154DB6" w14:textId="77777777" w:rsidR="00310621" w:rsidRDefault="00310621" w:rsidP="00C16E8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☐ 1</w:t>
            </w:r>
          </w:p>
        </w:tc>
        <w:tc>
          <w:tcPr>
            <w:tcW w:w="1190" w:type="dxa"/>
            <w:shd w:val="clear" w:color="auto" w:fill="E7F0E5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265300C2" w14:textId="77777777" w:rsidR="00310621" w:rsidRDefault="00310621" w:rsidP="00C16E84">
            <w:pPr>
              <w:spacing w:after="0"/>
              <w:jc w:val="center"/>
            </w:pPr>
            <w:r>
              <w:rPr>
                <w:b/>
                <w:color w:val="174C2C"/>
                <w:sz w:val="18"/>
              </w:rPr>
              <w:t>____ / 6</w:t>
            </w:r>
          </w:p>
        </w:tc>
      </w:tr>
      <w:tr w:rsidR="00310621" w14:paraId="7417C957" w14:textId="77777777" w:rsidTr="00310621">
        <w:trPr>
          <w:trHeight w:val="247"/>
          <w:jc w:val="center"/>
        </w:trPr>
        <w:tc>
          <w:tcPr>
            <w:tcW w:w="2721" w:type="dxa"/>
            <w:shd w:val="clear" w:color="auto" w:fill="D85B7D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0B736B8E" w14:textId="77777777" w:rsidR="00310621" w:rsidRDefault="00310621" w:rsidP="00C16E84">
            <w:pPr>
              <w:spacing w:after="0"/>
            </w:pPr>
            <w:r>
              <w:rPr>
                <w:b/>
                <w:color w:val="FFFFFF"/>
                <w:sz w:val="19"/>
              </w:rPr>
              <w:t>MEINE PUNKTE INSGESAMT</w:t>
            </w:r>
          </w:p>
        </w:tc>
        <w:tc>
          <w:tcPr>
            <w:tcW w:w="1190" w:type="dxa"/>
            <w:shd w:val="clear" w:color="auto" w:fill="FBE7ED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65F1EEE4" w14:textId="77777777" w:rsidR="00310621" w:rsidRDefault="00310621" w:rsidP="00C16E84">
            <w:pPr>
              <w:spacing w:after="0"/>
              <w:jc w:val="center"/>
            </w:pPr>
          </w:p>
        </w:tc>
        <w:tc>
          <w:tcPr>
            <w:tcW w:w="1190" w:type="dxa"/>
            <w:shd w:val="clear" w:color="auto" w:fill="FBE7ED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0D668589" w14:textId="77777777" w:rsidR="00310621" w:rsidRDefault="00310621" w:rsidP="00C16E84">
            <w:pPr>
              <w:spacing w:after="0"/>
              <w:jc w:val="center"/>
            </w:pPr>
          </w:p>
        </w:tc>
        <w:tc>
          <w:tcPr>
            <w:tcW w:w="1190" w:type="dxa"/>
            <w:shd w:val="clear" w:color="auto" w:fill="FBE7ED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311D910B" w14:textId="77777777" w:rsidR="00310621" w:rsidRDefault="00310621" w:rsidP="00C16E84">
            <w:pPr>
              <w:spacing w:after="0"/>
              <w:jc w:val="center"/>
            </w:pPr>
          </w:p>
        </w:tc>
        <w:tc>
          <w:tcPr>
            <w:tcW w:w="1190" w:type="dxa"/>
            <w:shd w:val="clear" w:color="auto" w:fill="FBE7ED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56521648" w14:textId="77777777" w:rsidR="00310621" w:rsidRDefault="00310621" w:rsidP="00C16E84">
            <w:pPr>
              <w:spacing w:after="0"/>
              <w:jc w:val="center"/>
            </w:pPr>
          </w:p>
        </w:tc>
        <w:tc>
          <w:tcPr>
            <w:tcW w:w="1190" w:type="dxa"/>
            <w:shd w:val="clear" w:color="auto" w:fill="FBE7ED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262DA658" w14:textId="77777777" w:rsidR="00310621" w:rsidRDefault="00310621" w:rsidP="00C16E84">
            <w:pPr>
              <w:spacing w:after="0"/>
              <w:jc w:val="center"/>
            </w:pPr>
          </w:p>
        </w:tc>
        <w:tc>
          <w:tcPr>
            <w:tcW w:w="1190" w:type="dxa"/>
            <w:shd w:val="clear" w:color="auto" w:fill="FBE7ED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40533DCF" w14:textId="77777777" w:rsidR="00310621" w:rsidRDefault="00310621" w:rsidP="00C16E84">
            <w:pPr>
              <w:spacing w:after="0"/>
              <w:jc w:val="center"/>
            </w:pPr>
          </w:p>
        </w:tc>
        <w:tc>
          <w:tcPr>
            <w:tcW w:w="1190" w:type="dxa"/>
            <w:shd w:val="clear" w:color="auto" w:fill="FBE7ED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5476FEBF" w14:textId="77777777" w:rsidR="00310621" w:rsidRDefault="00310621" w:rsidP="00C16E84">
            <w:pPr>
              <w:spacing w:after="0"/>
              <w:jc w:val="center"/>
            </w:pPr>
            <w:r>
              <w:rPr>
                <w:b/>
                <w:color w:val="174C2C"/>
              </w:rPr>
              <w:t>____ / 36</w:t>
            </w:r>
          </w:p>
        </w:tc>
      </w:tr>
    </w:tbl>
    <w:p w14:paraId="4F93F448" w14:textId="77777777" w:rsidR="00310621" w:rsidRDefault="00310621" w:rsidP="00310621">
      <w:pPr>
        <w:spacing w:before="120" w:after="60"/>
      </w:pPr>
      <w:r>
        <w:rPr>
          <w:b/>
          <w:color w:val="D85B7D"/>
          <w:sz w:val="26"/>
        </w:rPr>
        <w:t>Mein Weg zum Ziel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767"/>
        <w:gridCol w:w="1762"/>
        <w:gridCol w:w="1774"/>
        <w:gridCol w:w="1761"/>
        <w:gridCol w:w="1767"/>
        <w:gridCol w:w="1765"/>
      </w:tblGrid>
      <w:tr w:rsidR="00310621" w14:paraId="4F8EE6C3" w14:textId="77777777" w:rsidTr="00CF285D">
        <w:trPr>
          <w:jc w:val="center"/>
        </w:trPr>
        <w:tc>
          <w:tcPr>
            <w:tcW w:w="1785" w:type="dxa"/>
            <w:shd w:val="clear" w:color="auto" w:fill="D85B7D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7A0F5AB9" w14:textId="77777777" w:rsidR="00310621" w:rsidRDefault="00310621" w:rsidP="00CF285D">
            <w:pPr>
              <w:spacing w:after="0"/>
              <w:jc w:val="center"/>
            </w:pPr>
            <w:r>
              <w:rPr>
                <w:b/>
                <w:color w:val="FFFFFF"/>
                <w:sz w:val="20"/>
              </w:rPr>
              <w:t>○ 6</w:t>
            </w:r>
          </w:p>
        </w:tc>
        <w:tc>
          <w:tcPr>
            <w:tcW w:w="1785" w:type="dxa"/>
            <w:shd w:val="clear" w:color="auto" w:fill="174C2C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3A1872FA" w14:textId="77777777" w:rsidR="00310621" w:rsidRDefault="00310621" w:rsidP="00CF285D">
            <w:pPr>
              <w:spacing w:after="0"/>
              <w:jc w:val="center"/>
            </w:pPr>
            <w:r>
              <w:rPr>
                <w:b/>
                <w:color w:val="FFFFFF"/>
                <w:sz w:val="20"/>
              </w:rPr>
              <w:t>○ 12</w:t>
            </w:r>
          </w:p>
        </w:tc>
        <w:tc>
          <w:tcPr>
            <w:tcW w:w="1785" w:type="dxa"/>
            <w:shd w:val="clear" w:color="auto" w:fill="D85B7D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56FFBFC1" w14:textId="77777777" w:rsidR="00310621" w:rsidRDefault="00310621" w:rsidP="00CF285D">
            <w:pPr>
              <w:spacing w:after="0"/>
              <w:jc w:val="center"/>
            </w:pPr>
            <w:r>
              <w:rPr>
                <w:b/>
                <w:color w:val="FFFFFF"/>
                <w:sz w:val="20"/>
              </w:rPr>
              <w:t>○ 18</w:t>
            </w:r>
          </w:p>
        </w:tc>
        <w:tc>
          <w:tcPr>
            <w:tcW w:w="1785" w:type="dxa"/>
            <w:shd w:val="clear" w:color="auto" w:fill="174C2C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2C6C2E46" w14:textId="77777777" w:rsidR="00310621" w:rsidRDefault="00310621" w:rsidP="00CF285D">
            <w:pPr>
              <w:spacing w:after="0"/>
              <w:jc w:val="center"/>
            </w:pPr>
            <w:r>
              <w:rPr>
                <w:b/>
                <w:color w:val="FFFFFF"/>
                <w:sz w:val="20"/>
              </w:rPr>
              <w:t>○ 24</w:t>
            </w:r>
          </w:p>
        </w:tc>
        <w:tc>
          <w:tcPr>
            <w:tcW w:w="1785" w:type="dxa"/>
            <w:shd w:val="clear" w:color="auto" w:fill="D85B7D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4D380121" w14:textId="77777777" w:rsidR="00310621" w:rsidRDefault="00310621" w:rsidP="00CF285D">
            <w:pPr>
              <w:spacing w:after="0"/>
              <w:jc w:val="center"/>
            </w:pPr>
            <w:r>
              <w:rPr>
                <w:b/>
                <w:color w:val="FFFFFF"/>
                <w:sz w:val="20"/>
              </w:rPr>
              <w:t>○ 30</w:t>
            </w:r>
          </w:p>
        </w:tc>
        <w:tc>
          <w:tcPr>
            <w:tcW w:w="1785" w:type="dxa"/>
            <w:shd w:val="clear" w:color="auto" w:fill="174C2C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789036B0" w14:textId="77777777" w:rsidR="00310621" w:rsidRDefault="00310621" w:rsidP="00CF285D">
            <w:pPr>
              <w:spacing w:after="0"/>
              <w:jc w:val="center"/>
            </w:pPr>
            <w:r>
              <w:rPr>
                <w:b/>
                <w:color w:val="FFFFFF"/>
                <w:sz w:val="20"/>
              </w:rPr>
              <w:t>○ 36</w:t>
            </w:r>
          </w:p>
        </w:tc>
      </w:tr>
      <w:tr w:rsidR="00310621" w14:paraId="57122281" w14:textId="77777777" w:rsidTr="00CF285D">
        <w:trPr>
          <w:jc w:val="center"/>
        </w:trPr>
        <w:tc>
          <w:tcPr>
            <w:tcW w:w="1785" w:type="dxa"/>
            <w:shd w:val="clear" w:color="auto" w:fill="FBE7ED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3837A52D" w14:textId="77777777" w:rsidR="00310621" w:rsidRDefault="00310621" w:rsidP="00CF285D">
            <w:pPr>
              <w:spacing w:after="0"/>
              <w:jc w:val="center"/>
            </w:pPr>
            <w:r>
              <w:rPr>
                <w:color w:val="000000"/>
                <w:sz w:val="17"/>
              </w:rPr>
              <w:t>gestartet</w:t>
            </w:r>
          </w:p>
        </w:tc>
        <w:tc>
          <w:tcPr>
            <w:tcW w:w="1785" w:type="dxa"/>
            <w:shd w:val="clear" w:color="auto" w:fill="E7F0E5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49C87D1F" w14:textId="77777777" w:rsidR="00310621" w:rsidRDefault="00310621" w:rsidP="00CF285D">
            <w:pPr>
              <w:spacing w:after="0"/>
              <w:jc w:val="center"/>
            </w:pPr>
            <w:r>
              <w:rPr>
                <w:color w:val="000000"/>
                <w:sz w:val="17"/>
              </w:rPr>
              <w:t>gut dabei</w:t>
            </w:r>
          </w:p>
        </w:tc>
        <w:tc>
          <w:tcPr>
            <w:tcW w:w="1785" w:type="dxa"/>
            <w:shd w:val="clear" w:color="auto" w:fill="FBE7ED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2B74FCEF" w14:textId="77777777" w:rsidR="00310621" w:rsidRDefault="00310621" w:rsidP="00CF285D">
            <w:pPr>
              <w:spacing w:after="0"/>
              <w:jc w:val="center"/>
            </w:pPr>
            <w:r>
              <w:rPr>
                <w:color w:val="000000"/>
                <w:sz w:val="17"/>
              </w:rPr>
              <w:t>drangeblieben</w:t>
            </w:r>
          </w:p>
        </w:tc>
        <w:tc>
          <w:tcPr>
            <w:tcW w:w="1785" w:type="dxa"/>
            <w:shd w:val="clear" w:color="auto" w:fill="E7F0E5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42181B2A" w14:textId="77777777" w:rsidR="00310621" w:rsidRDefault="00310621" w:rsidP="00CF285D">
            <w:pPr>
              <w:spacing w:after="0"/>
              <w:jc w:val="center"/>
            </w:pPr>
            <w:r>
              <w:rPr>
                <w:color w:val="000000"/>
                <w:sz w:val="17"/>
              </w:rPr>
              <w:t>stark</w:t>
            </w:r>
          </w:p>
        </w:tc>
        <w:tc>
          <w:tcPr>
            <w:tcW w:w="1785" w:type="dxa"/>
            <w:shd w:val="clear" w:color="auto" w:fill="FBE7ED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31D6F8E5" w14:textId="77777777" w:rsidR="00310621" w:rsidRDefault="00310621" w:rsidP="00CF285D">
            <w:pPr>
              <w:spacing w:after="0"/>
              <w:jc w:val="center"/>
            </w:pPr>
            <w:r>
              <w:rPr>
                <w:color w:val="000000"/>
                <w:sz w:val="17"/>
              </w:rPr>
              <w:t>fast geschafft</w:t>
            </w:r>
          </w:p>
        </w:tc>
        <w:tc>
          <w:tcPr>
            <w:tcW w:w="1785" w:type="dxa"/>
            <w:shd w:val="clear" w:color="auto" w:fill="E7F0E5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1F172C7B" w14:textId="77777777" w:rsidR="00310621" w:rsidRDefault="00310621" w:rsidP="00CF285D">
            <w:pPr>
              <w:spacing w:after="0"/>
              <w:jc w:val="center"/>
            </w:pPr>
            <w:r>
              <w:rPr>
                <w:color w:val="000000"/>
                <w:sz w:val="17"/>
              </w:rPr>
              <w:t>Ziel erreicht</w:t>
            </w:r>
          </w:p>
        </w:tc>
      </w:tr>
      <w:tr w:rsidR="00310621" w:rsidRPr="009E0A89" w14:paraId="382D063D" w14:textId="77777777" w:rsidTr="00CF285D">
        <w:trPr>
          <w:jc w:val="center"/>
        </w:trPr>
        <w:tc>
          <w:tcPr>
            <w:tcW w:w="10710" w:type="dxa"/>
            <w:gridSpan w:val="6"/>
            <w:shd w:val="clear" w:color="auto" w:fill="FAF8F3"/>
            <w:tcMar>
              <w:top w:w="120" w:type="dxa"/>
              <w:left w:w="80" w:type="dxa"/>
              <w:bottom w:w="90" w:type="dxa"/>
              <w:right w:w="80" w:type="dxa"/>
            </w:tcMar>
          </w:tcPr>
          <w:p w14:paraId="6DC29510" w14:textId="77777777" w:rsidR="00310621" w:rsidRPr="00E756BD" w:rsidRDefault="00310621" w:rsidP="00CF285D">
            <w:pPr>
              <w:spacing w:after="60"/>
              <w:rPr>
                <w:lang w:val="de-DE"/>
              </w:rPr>
            </w:pPr>
            <w:r w:rsidRPr="00E756BD">
              <w:rPr>
                <w:b/>
                <w:color w:val="174C2C"/>
                <w:lang w:val="de-DE"/>
              </w:rPr>
              <w:t xml:space="preserve">Mein persönliches Ziel: </w:t>
            </w:r>
            <w:r w:rsidRPr="00E756BD">
              <w:rPr>
                <w:lang w:val="de-DE"/>
              </w:rPr>
              <w:t>Ich möchte __________ Punkte erreichen.</w:t>
            </w:r>
          </w:p>
          <w:p w14:paraId="5CDD7DB9" w14:textId="77777777" w:rsidR="00310621" w:rsidRPr="00E756BD" w:rsidRDefault="00310621" w:rsidP="00CF285D">
            <w:pPr>
              <w:spacing w:after="0"/>
              <w:rPr>
                <w:lang w:val="de-DE"/>
              </w:rPr>
            </w:pPr>
            <w:r w:rsidRPr="00E756BD">
              <w:rPr>
                <w:b/>
                <w:color w:val="174C2C"/>
                <w:lang w:val="de-DE"/>
              </w:rPr>
              <w:t xml:space="preserve">Wenn ich mein Ziel erreiche, freue ich mich über: </w:t>
            </w:r>
            <w:r w:rsidRPr="00E756BD">
              <w:rPr>
                <w:lang w:val="de-DE"/>
              </w:rPr>
              <w:t>________________________________________</w:t>
            </w:r>
          </w:p>
        </w:tc>
      </w:tr>
    </w:tbl>
    <w:p w14:paraId="240D35C3" w14:textId="77777777" w:rsidR="00310621" w:rsidRPr="00B6399F" w:rsidRDefault="00310621">
      <w:pPr>
        <w:spacing w:after="40"/>
        <w:rPr>
          <w:lang w:val="de-DE"/>
        </w:rPr>
      </w:pPr>
    </w:p>
    <w:sectPr w:rsidR="00310621" w:rsidRPr="00B6399F" w:rsidSect="00034616">
      <w:headerReference w:type="default" r:id="rId10"/>
      <w:footerReference w:type="default" r:id="rId11"/>
      <w:pgSz w:w="12240" w:h="15840"/>
      <w:pgMar w:top="709" w:right="822" w:bottom="680" w:left="82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8FD99D" w14:textId="77777777" w:rsidR="0088099F" w:rsidRDefault="0088099F">
      <w:pPr>
        <w:spacing w:after="0" w:line="240" w:lineRule="auto"/>
      </w:pPr>
      <w:r>
        <w:separator/>
      </w:r>
    </w:p>
  </w:endnote>
  <w:endnote w:type="continuationSeparator" w:id="0">
    <w:p w14:paraId="72BA0DCD" w14:textId="77777777" w:rsidR="0088099F" w:rsidRDefault="008809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1385D" w14:textId="6F0C97B9" w:rsidR="002C0583" w:rsidRDefault="002C0583">
    <w:pPr>
      <w:pStyle w:val="Fuzeil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30F3B8" w14:textId="77777777" w:rsidR="0088099F" w:rsidRDefault="0088099F">
      <w:pPr>
        <w:spacing w:after="0" w:line="240" w:lineRule="auto"/>
      </w:pPr>
      <w:r>
        <w:separator/>
      </w:r>
    </w:p>
  </w:footnote>
  <w:footnote w:type="continuationSeparator" w:id="0">
    <w:p w14:paraId="033E8E93" w14:textId="77777777" w:rsidR="0088099F" w:rsidRDefault="008809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1B5C6" w14:textId="77777777" w:rsidR="003A394F" w:rsidRDefault="003A394F" w:rsidP="003A394F">
    <w:pPr>
      <w:pStyle w:val="Kopfzeile"/>
      <w:tabs>
        <w:tab w:val="left" w:pos="7319"/>
      </w:tabs>
      <w:jc w:val="both"/>
      <w:rPr>
        <w:rFonts w:ascii="Arial" w:hAnsi="Arial" w:cs="Arial"/>
        <w:lang w:val="de-DE"/>
      </w:rPr>
    </w:pPr>
    <w:r>
      <w:rPr>
        <w:noProof/>
      </w:rPr>
      <w:drawing>
        <wp:inline distT="0" distB="0" distL="0" distR="0" wp14:anchorId="37AAD9D1" wp14:editId="30730A0F">
          <wp:extent cx="639097" cy="296490"/>
          <wp:effectExtent l="0" t="0" r="0" b="8890"/>
          <wp:docPr id="3" name="Bild 3" descr="Organisationsstruktur der BBS I Technik Kaiserslauter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Organisationsstruktur der BBS I Technik Kaiserslauter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341" cy="30031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  <w:lang w:val="de-DE"/>
      </w:rPr>
      <w:t xml:space="preserve">   Name:  </w:t>
    </w:r>
    <w:r w:rsidRPr="000C7DDC">
      <w:rPr>
        <w:rFonts w:ascii="Arial" w:hAnsi="Arial" w:cs="Arial"/>
        <w:lang w:val="de-DE"/>
      </w:rPr>
      <w:t xml:space="preserve"> </w:t>
    </w:r>
    <w:r>
      <w:rPr>
        <w:rFonts w:ascii="Arial" w:hAnsi="Arial" w:cs="Arial"/>
        <w:lang w:val="de-DE"/>
      </w:rPr>
      <w:t xml:space="preserve">        </w:t>
    </w:r>
    <w:r w:rsidRPr="000C7DDC">
      <w:rPr>
        <w:rFonts w:ascii="Arial" w:hAnsi="Arial" w:cs="Arial"/>
        <w:lang w:val="de-DE"/>
      </w:rPr>
      <w:t xml:space="preserve">      </w:t>
    </w:r>
    <w:r>
      <w:rPr>
        <w:rFonts w:ascii="Arial" w:hAnsi="Arial" w:cs="Arial"/>
        <w:lang w:val="de-DE"/>
      </w:rPr>
      <w:t xml:space="preserve">                                                                           BBS 1, Briehl                                                </w:t>
    </w:r>
    <w:r w:rsidRPr="000C7DDC">
      <w:rPr>
        <w:rFonts w:ascii="Arial" w:hAnsi="Arial" w:cs="Arial"/>
        <w:lang w:val="de-DE"/>
      </w:rPr>
      <w:t xml:space="preserve">        </w:t>
    </w:r>
  </w:p>
  <w:p w14:paraId="29CEA64B" w14:textId="72BF4A8C" w:rsidR="002C0583" w:rsidRPr="003A394F" w:rsidRDefault="003A394F" w:rsidP="003A394F">
    <w:pPr>
      <w:pStyle w:val="Kopfzeile"/>
      <w:tabs>
        <w:tab w:val="left" w:pos="7319"/>
      </w:tabs>
      <w:jc w:val="both"/>
      <w:rPr>
        <w:rFonts w:ascii="Arial" w:hAnsi="Arial" w:cs="Arial"/>
        <w:lang w:val="de-DE"/>
      </w:rPr>
    </w:pPr>
    <w:r w:rsidRPr="000C7DDC">
      <w:rPr>
        <w:rFonts w:ascii="Arial" w:hAnsi="Arial" w:cs="Arial"/>
        <w:lang w:val="de-DE"/>
      </w:rPr>
      <w:t xml:space="preserve">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43794585">
    <w:abstractNumId w:val="8"/>
  </w:num>
  <w:num w:numId="2" w16cid:durableId="962539623">
    <w:abstractNumId w:val="6"/>
  </w:num>
  <w:num w:numId="3" w16cid:durableId="975841807">
    <w:abstractNumId w:val="5"/>
  </w:num>
  <w:num w:numId="4" w16cid:durableId="81296398">
    <w:abstractNumId w:val="4"/>
  </w:num>
  <w:num w:numId="5" w16cid:durableId="1701853301">
    <w:abstractNumId w:val="7"/>
  </w:num>
  <w:num w:numId="6" w16cid:durableId="258101068">
    <w:abstractNumId w:val="3"/>
  </w:num>
  <w:num w:numId="7" w16cid:durableId="1127090695">
    <w:abstractNumId w:val="2"/>
  </w:num>
  <w:num w:numId="8" w16cid:durableId="1399474711">
    <w:abstractNumId w:val="1"/>
  </w:num>
  <w:num w:numId="9" w16cid:durableId="5338126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42C1"/>
    <w:rsid w:val="0015074B"/>
    <w:rsid w:val="0029639D"/>
    <w:rsid w:val="002C0583"/>
    <w:rsid w:val="00310621"/>
    <w:rsid w:val="00326F90"/>
    <w:rsid w:val="003A394F"/>
    <w:rsid w:val="007D0B07"/>
    <w:rsid w:val="0088099F"/>
    <w:rsid w:val="008A1BD1"/>
    <w:rsid w:val="009E0A89"/>
    <w:rsid w:val="009E607D"/>
    <w:rsid w:val="00A07FB8"/>
    <w:rsid w:val="00AA1D8D"/>
    <w:rsid w:val="00B47730"/>
    <w:rsid w:val="00B6399F"/>
    <w:rsid w:val="00C16E84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ADEDBF6"/>
  <w14:defaultImageDpi w14:val="300"/>
  <w15:docId w15:val="{8684581C-D3C1-467E-A797-A0E59CA95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  <w:rPr>
      <w:rFonts w:ascii="Aptos" w:hAnsi="Aptos"/>
      <w:sz w:val="21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1363</Words>
  <Characters>7772</Characters>
  <Application>Microsoft Office Word</Application>
  <DocSecurity>0</DocSecurity>
  <Lines>64</Lines>
  <Paragraphs>18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9117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Silke Briehl</cp:lastModifiedBy>
  <cp:revision>3</cp:revision>
  <cp:lastPrinted>2026-09-03T13:12:00Z</cp:lastPrinted>
  <dcterms:created xsi:type="dcterms:W3CDTF">2026-09-06T15:18:00Z</dcterms:created>
  <dcterms:modified xsi:type="dcterms:W3CDTF">2026-09-06T15:25:00Z</dcterms:modified>
  <cp:category/>
</cp:coreProperties>
</file>